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132"/>
      </w:tblGrid>
      <w:tr w:rsidR="00456E17" w14:paraId="1906B7E2" w14:textId="77777777" w:rsidTr="00456E17">
        <w:trPr>
          <w:trHeight w:val="354"/>
        </w:trPr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37106989" w14:textId="1041A824" w:rsidR="00456E17" w:rsidRDefault="00456E17" w:rsidP="00456E1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School</w:t>
            </w:r>
          </w:p>
        </w:tc>
        <w:tc>
          <w:tcPr>
            <w:tcW w:w="7132" w:type="dxa"/>
            <w:vAlign w:val="bottom"/>
          </w:tcPr>
          <w:p w14:paraId="0BAD78FA" w14:textId="77777777" w:rsidR="00456E17" w:rsidRDefault="00456E17" w:rsidP="00456E1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56E17" w14:paraId="054EDAE7" w14:textId="77777777" w:rsidTr="00456E17">
        <w:trPr>
          <w:trHeight w:val="354"/>
        </w:trPr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31C92142" w14:textId="516F119A" w:rsidR="00456E17" w:rsidRPr="00456E17" w:rsidRDefault="00456E17" w:rsidP="00456E1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456E17">
              <w:rPr>
                <w:rFonts w:ascii="Times New Roman" w:hAnsi="Times New Roman" w:cs="Times New Roman"/>
                <w:sz w:val="24"/>
              </w:rPr>
              <w:t>Participant</w:t>
            </w:r>
          </w:p>
        </w:tc>
        <w:tc>
          <w:tcPr>
            <w:tcW w:w="7132" w:type="dxa"/>
            <w:vAlign w:val="bottom"/>
          </w:tcPr>
          <w:p w14:paraId="0C0DB7BF" w14:textId="77777777" w:rsidR="00456E17" w:rsidRDefault="00456E17" w:rsidP="00456E1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1843AA4" w14:textId="77777777" w:rsidR="00456E17" w:rsidRDefault="00456E17" w:rsidP="007823DD">
      <w:pPr>
        <w:rPr>
          <w:rFonts w:ascii="Times New Roman" w:hAnsi="Times New Roman" w:cs="Times New Roman"/>
          <w:sz w:val="24"/>
        </w:rPr>
      </w:pPr>
    </w:p>
    <w:p w14:paraId="131A0B09" w14:textId="2B8CFCCA" w:rsidR="008563FB" w:rsidRPr="00456E17" w:rsidRDefault="003614EC" w:rsidP="00456E1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PRODUCT</w:t>
      </w:r>
      <w:r w:rsidR="00496C31" w:rsidRPr="00456E17">
        <w:rPr>
          <w:rFonts w:ascii="Times New Roman" w:hAnsi="Times New Roman" w:cs="Times New Roman"/>
          <w:b/>
          <w:sz w:val="28"/>
        </w:rPr>
        <w:t xml:space="preserve"> LIST FOR </w:t>
      </w:r>
      <w:r w:rsidR="00876536">
        <w:rPr>
          <w:rFonts w:ascii="Times New Roman" w:hAnsi="Times New Roman" w:cs="Times New Roman"/>
          <w:b/>
          <w:sz w:val="28"/>
        </w:rPr>
        <w:t>CONFECTIONAR</w:t>
      </w:r>
      <w:bookmarkStart w:id="0" w:name="_GoBack"/>
      <w:bookmarkEnd w:id="0"/>
      <w:r w:rsidR="00542A06">
        <w:rPr>
          <w:rFonts w:ascii="Times New Roman" w:hAnsi="Times New Roman" w:cs="Times New Roman"/>
          <w:b/>
          <w:sz w:val="28"/>
        </w:rPr>
        <w:t xml:space="preserve"> COMPETITION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1984"/>
        <w:gridCol w:w="1887"/>
      </w:tblGrid>
      <w:tr w:rsidR="008563FB" w:rsidRPr="00496C31" w14:paraId="4AFD0133" w14:textId="77777777" w:rsidTr="1F438676">
        <w:tc>
          <w:tcPr>
            <w:tcW w:w="2547" w:type="dxa"/>
            <w:shd w:val="clear" w:color="auto" w:fill="B2A1C7" w:themeFill="accent4" w:themeFillTint="99"/>
          </w:tcPr>
          <w:p w14:paraId="69262239" w14:textId="12AA3666" w:rsidR="008563FB" w:rsidRPr="00456E17" w:rsidRDefault="00456E17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Ingredients</w:t>
            </w:r>
          </w:p>
        </w:tc>
        <w:tc>
          <w:tcPr>
            <w:tcW w:w="2410" w:type="dxa"/>
            <w:shd w:val="clear" w:color="auto" w:fill="B2A1C7" w:themeFill="accent4" w:themeFillTint="99"/>
          </w:tcPr>
          <w:p w14:paraId="76FBC942" w14:textId="58F992A1" w:rsidR="008563FB" w:rsidRPr="00456E17" w:rsidRDefault="00456E17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984" w:type="dxa"/>
            <w:shd w:val="clear" w:color="auto" w:fill="B2A1C7" w:themeFill="accent4" w:themeFillTint="99"/>
          </w:tcPr>
          <w:p w14:paraId="3464E00A" w14:textId="77777777" w:rsidR="008563FB" w:rsidRPr="00456E17" w:rsidRDefault="004D6E1D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Measuring Unit</w:t>
            </w:r>
          </w:p>
        </w:tc>
        <w:tc>
          <w:tcPr>
            <w:tcW w:w="1887" w:type="dxa"/>
            <w:shd w:val="clear" w:color="auto" w:fill="B2A1C7" w:themeFill="accent4" w:themeFillTint="99"/>
          </w:tcPr>
          <w:p w14:paraId="1CF3AB3D" w14:textId="77777777" w:rsidR="008563FB" w:rsidRPr="00456E17" w:rsidRDefault="004D6E1D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</w:tr>
      <w:tr w:rsidR="00456E17" w:rsidRPr="00496C31" w14:paraId="74C8D7B6" w14:textId="77777777" w:rsidTr="1F438676">
        <w:tc>
          <w:tcPr>
            <w:tcW w:w="8828" w:type="dxa"/>
            <w:gridSpan w:val="4"/>
            <w:shd w:val="clear" w:color="auto" w:fill="FABF8F" w:themeFill="accent6" w:themeFillTint="99"/>
          </w:tcPr>
          <w:p w14:paraId="348BDDCD" w14:textId="46FFAFC5" w:rsidR="00456E17" w:rsidRPr="00456E17" w:rsidRDefault="003733CD" w:rsidP="00496C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GROCERIES</w:t>
            </w:r>
          </w:p>
        </w:tc>
      </w:tr>
      <w:tr w:rsidR="003733CD" w:rsidRPr="00496C31" w14:paraId="6324C0D9" w14:textId="77777777" w:rsidTr="1F438676">
        <w:trPr>
          <w:trHeight w:val="135"/>
        </w:trPr>
        <w:tc>
          <w:tcPr>
            <w:tcW w:w="2547" w:type="dxa"/>
          </w:tcPr>
          <w:p w14:paraId="6FE5E68B" w14:textId="34E0BEE5" w:rsidR="003733CD" w:rsidRPr="00951381" w:rsidRDefault="003733CD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Brown</w:t>
            </w:r>
            <w:r w:rsidRPr="0095138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sugar</w:t>
            </w:r>
          </w:p>
        </w:tc>
        <w:tc>
          <w:tcPr>
            <w:tcW w:w="2410" w:type="dxa"/>
          </w:tcPr>
          <w:p w14:paraId="61CA5EF3" w14:textId="77777777" w:rsidR="003733CD" w:rsidRPr="00951381" w:rsidRDefault="003733CD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A9853E" w14:textId="41755B5C" w:rsidR="003733CD" w:rsidRPr="00951381" w:rsidRDefault="004A3D79" w:rsidP="0037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216963C2" w14:textId="77777777" w:rsidR="003733CD" w:rsidRPr="00951381" w:rsidRDefault="003733CD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131" w:rsidRPr="00496C31" w14:paraId="1F6FC366" w14:textId="77777777" w:rsidTr="1F438676">
        <w:trPr>
          <w:trHeight w:val="126"/>
        </w:trPr>
        <w:tc>
          <w:tcPr>
            <w:tcW w:w="2547" w:type="dxa"/>
          </w:tcPr>
          <w:p w14:paraId="6456C255" w14:textId="2331CA2B" w:rsidR="006D6131" w:rsidRPr="00951381" w:rsidRDefault="006D6131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Sugar</w:t>
            </w:r>
          </w:p>
        </w:tc>
        <w:tc>
          <w:tcPr>
            <w:tcW w:w="2410" w:type="dxa"/>
          </w:tcPr>
          <w:p w14:paraId="6F6A29F7" w14:textId="77777777" w:rsidR="006D6131" w:rsidRPr="00951381" w:rsidRDefault="006D6131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6D8E8EF" w14:textId="482597A8" w:rsidR="006D6131" w:rsidRDefault="006D6131" w:rsidP="0037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A6CEA92" w14:textId="77777777" w:rsidR="006D6131" w:rsidRPr="00951381" w:rsidRDefault="006D6131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7EC6D4BE" w14:textId="77777777" w:rsidTr="1F438676">
        <w:trPr>
          <w:trHeight w:val="126"/>
        </w:trPr>
        <w:tc>
          <w:tcPr>
            <w:tcW w:w="2547" w:type="dxa"/>
          </w:tcPr>
          <w:p w14:paraId="4EA72D30" w14:textId="7397DFBD" w:rsidR="00C37E1D" w:rsidRPr="00C37E1D" w:rsidRDefault="00C37E1D" w:rsidP="00C37E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Coarse</w:t>
            </w:r>
            <w:r w:rsidRPr="002038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038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salt</w:t>
            </w:r>
          </w:p>
        </w:tc>
        <w:tc>
          <w:tcPr>
            <w:tcW w:w="2410" w:type="dxa"/>
          </w:tcPr>
          <w:p w14:paraId="7E7D689E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2381F7" w14:textId="45594EE4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DF0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693DB147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5E2994D" w14:textId="77777777" w:rsidTr="1F438676">
        <w:trPr>
          <w:trHeight w:val="225"/>
        </w:trPr>
        <w:tc>
          <w:tcPr>
            <w:tcW w:w="2547" w:type="dxa"/>
          </w:tcPr>
          <w:p w14:paraId="3D2EA0FD" w14:textId="7F5FC212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Almond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flour</w:t>
            </w:r>
          </w:p>
        </w:tc>
        <w:tc>
          <w:tcPr>
            <w:tcW w:w="2410" w:type="dxa"/>
          </w:tcPr>
          <w:p w14:paraId="40E2E7C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E34770" w14:textId="3CA603D7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B79">
              <w:t>g</w:t>
            </w:r>
          </w:p>
        </w:tc>
        <w:tc>
          <w:tcPr>
            <w:tcW w:w="1887" w:type="dxa"/>
          </w:tcPr>
          <w:p w14:paraId="393874B8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3E3E7942" w14:textId="77777777" w:rsidTr="1F438676">
        <w:trPr>
          <w:trHeight w:val="225"/>
        </w:trPr>
        <w:tc>
          <w:tcPr>
            <w:tcW w:w="2547" w:type="dxa"/>
          </w:tcPr>
          <w:p w14:paraId="211FEC60" w14:textId="17A515E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Flour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405A</w:t>
            </w:r>
          </w:p>
        </w:tc>
        <w:tc>
          <w:tcPr>
            <w:tcW w:w="2410" w:type="dxa"/>
          </w:tcPr>
          <w:p w14:paraId="60BBEAB3" w14:textId="33458E4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Wheat</w:t>
            </w:r>
          </w:p>
        </w:tc>
        <w:tc>
          <w:tcPr>
            <w:tcW w:w="1984" w:type="dxa"/>
          </w:tcPr>
          <w:p w14:paraId="2427CE57" w14:textId="47C535A1" w:rsidR="00C37E1D" w:rsidRPr="00951381" w:rsidRDefault="00876536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</w:t>
            </w:r>
            <w:r w:rsidR="00C37E1D" w:rsidRPr="00D62B79">
              <w:t>g</w:t>
            </w:r>
          </w:p>
        </w:tc>
        <w:tc>
          <w:tcPr>
            <w:tcW w:w="1887" w:type="dxa"/>
          </w:tcPr>
          <w:p w14:paraId="26239601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3797BCCB" w14:textId="77777777" w:rsidTr="1F438676">
        <w:trPr>
          <w:trHeight w:val="225"/>
        </w:trPr>
        <w:tc>
          <w:tcPr>
            <w:tcW w:w="2547" w:type="dxa"/>
          </w:tcPr>
          <w:p w14:paraId="2FD41E04" w14:textId="0E96D141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Honey</w:t>
            </w:r>
          </w:p>
        </w:tc>
        <w:tc>
          <w:tcPr>
            <w:tcW w:w="2410" w:type="dxa"/>
          </w:tcPr>
          <w:p w14:paraId="7790517F" w14:textId="4AE650AD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Natural</w:t>
            </w:r>
          </w:p>
        </w:tc>
        <w:tc>
          <w:tcPr>
            <w:tcW w:w="1984" w:type="dxa"/>
          </w:tcPr>
          <w:p w14:paraId="7693715D" w14:textId="15D3C708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B79">
              <w:t>g</w:t>
            </w:r>
          </w:p>
        </w:tc>
        <w:tc>
          <w:tcPr>
            <w:tcW w:w="1887" w:type="dxa"/>
          </w:tcPr>
          <w:p w14:paraId="11710349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640F9CD5" w14:textId="77777777" w:rsidTr="1F438676">
        <w:trPr>
          <w:trHeight w:val="225"/>
        </w:trPr>
        <w:tc>
          <w:tcPr>
            <w:tcW w:w="2547" w:type="dxa"/>
          </w:tcPr>
          <w:p w14:paraId="53329734" w14:textId="00B1E12E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Sunflower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oil</w:t>
            </w:r>
          </w:p>
        </w:tc>
        <w:tc>
          <w:tcPr>
            <w:tcW w:w="2410" w:type="dxa"/>
          </w:tcPr>
          <w:p w14:paraId="56DF8F77" w14:textId="43185D81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Refined</w:t>
            </w:r>
          </w:p>
        </w:tc>
        <w:tc>
          <w:tcPr>
            <w:tcW w:w="1984" w:type="dxa"/>
          </w:tcPr>
          <w:p w14:paraId="598F9F72" w14:textId="684D9A7F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75E4C2B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3AD91150" w14:textId="77777777" w:rsidTr="1F438676">
        <w:trPr>
          <w:trHeight w:val="225"/>
        </w:trPr>
        <w:tc>
          <w:tcPr>
            <w:tcW w:w="2547" w:type="dxa"/>
          </w:tcPr>
          <w:p w14:paraId="46007F01" w14:textId="18C7F5C2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Olive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oil</w:t>
            </w:r>
          </w:p>
        </w:tc>
        <w:tc>
          <w:tcPr>
            <w:tcW w:w="2410" w:type="dxa"/>
          </w:tcPr>
          <w:p w14:paraId="1C152B39" w14:textId="7D45E99D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131">
              <w:rPr>
                <w:rFonts w:ascii="Times New Roman" w:hAnsi="Times New Roman" w:cs="Times New Roman"/>
                <w:sz w:val="24"/>
                <w:szCs w:val="24"/>
              </w:rPr>
              <w:t>Extra Virgin</w:t>
            </w:r>
          </w:p>
        </w:tc>
        <w:tc>
          <w:tcPr>
            <w:tcW w:w="1984" w:type="dxa"/>
          </w:tcPr>
          <w:p w14:paraId="7327E5B9" w14:textId="23540F4F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5CA4D700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4F1D47F" w14:textId="77777777" w:rsidTr="1F438676">
        <w:trPr>
          <w:trHeight w:val="225"/>
        </w:trPr>
        <w:tc>
          <w:tcPr>
            <w:tcW w:w="2547" w:type="dxa"/>
          </w:tcPr>
          <w:p w14:paraId="3479FCA2" w14:textId="4A2BD4E3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Starch</w:t>
            </w:r>
          </w:p>
        </w:tc>
        <w:tc>
          <w:tcPr>
            <w:tcW w:w="2410" w:type="dxa"/>
          </w:tcPr>
          <w:p w14:paraId="46DDB322" w14:textId="79B3CDB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Corn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422E08DA" w14:textId="03EB21BC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0C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B166371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64BD888" w14:textId="77777777" w:rsidTr="1F438676">
        <w:trPr>
          <w:trHeight w:val="225"/>
        </w:trPr>
        <w:tc>
          <w:tcPr>
            <w:tcW w:w="2547" w:type="dxa"/>
          </w:tcPr>
          <w:p w14:paraId="2EAA5C0B" w14:textId="37971CA2" w:rsidR="00C37E1D" w:rsidRPr="00951381" w:rsidRDefault="00C37E1D" w:rsidP="00C37E1D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Starch</w:t>
            </w:r>
          </w:p>
        </w:tc>
        <w:tc>
          <w:tcPr>
            <w:tcW w:w="2410" w:type="dxa"/>
          </w:tcPr>
          <w:p w14:paraId="5899D4D5" w14:textId="222499A3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otato</w:t>
            </w:r>
          </w:p>
        </w:tc>
        <w:tc>
          <w:tcPr>
            <w:tcW w:w="1984" w:type="dxa"/>
          </w:tcPr>
          <w:p w14:paraId="2086CA1F" w14:textId="13DD322A" w:rsidR="00C37E1D" w:rsidRPr="008740CA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0C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6E04B976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1AB66CE0" w14:textId="77777777" w:rsidTr="1F438676">
        <w:trPr>
          <w:trHeight w:val="225"/>
        </w:trPr>
        <w:tc>
          <w:tcPr>
            <w:tcW w:w="8828" w:type="dxa"/>
            <w:gridSpan w:val="4"/>
            <w:shd w:val="clear" w:color="auto" w:fill="FABF8F" w:themeFill="accent6" w:themeFillTint="99"/>
          </w:tcPr>
          <w:p w14:paraId="01CC6E77" w14:textId="4E30B099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i/>
                <w:sz w:val="24"/>
                <w:szCs w:val="24"/>
              </w:rPr>
              <w:t>FRUITS,</w:t>
            </w:r>
            <w:r w:rsidRPr="00951381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i/>
                <w:sz w:val="24"/>
                <w:szCs w:val="24"/>
              </w:rPr>
              <w:t>BERRIES,</w:t>
            </w:r>
            <w:r w:rsidRPr="00951381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i/>
                <w:sz w:val="24"/>
                <w:szCs w:val="24"/>
              </w:rPr>
              <w:t>SEEDS,</w:t>
            </w:r>
            <w:r w:rsidRPr="00951381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SPICIES</w:t>
            </w:r>
          </w:p>
        </w:tc>
      </w:tr>
      <w:tr w:rsidR="00876536" w:rsidRPr="00496C31" w14:paraId="5D037636" w14:textId="77777777" w:rsidTr="1F438676">
        <w:trPr>
          <w:trHeight w:val="225"/>
        </w:trPr>
        <w:tc>
          <w:tcPr>
            <w:tcW w:w="2547" w:type="dxa"/>
          </w:tcPr>
          <w:p w14:paraId="5567A202" w14:textId="1AC8DA0D" w:rsidR="00876536" w:rsidRPr="00951381" w:rsidRDefault="00876536" w:rsidP="0087653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Onions</w:t>
            </w:r>
          </w:p>
        </w:tc>
        <w:tc>
          <w:tcPr>
            <w:tcW w:w="2410" w:type="dxa"/>
          </w:tcPr>
          <w:p w14:paraId="03BEFA93" w14:textId="77777777" w:rsidR="00876536" w:rsidRPr="00951381" w:rsidRDefault="00876536" w:rsidP="0087653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9F96B1" w14:textId="335E960C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1564F479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56D42916" w14:textId="77777777" w:rsidTr="1F438676">
        <w:trPr>
          <w:trHeight w:val="225"/>
        </w:trPr>
        <w:tc>
          <w:tcPr>
            <w:tcW w:w="2547" w:type="dxa"/>
          </w:tcPr>
          <w:p w14:paraId="637B9635" w14:textId="176E7104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Cranberries</w:t>
            </w:r>
          </w:p>
        </w:tc>
        <w:tc>
          <w:tcPr>
            <w:tcW w:w="2410" w:type="dxa"/>
          </w:tcPr>
          <w:p w14:paraId="173E4F04" w14:textId="02F25C7B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Fresh</w:t>
            </w:r>
          </w:p>
        </w:tc>
        <w:tc>
          <w:tcPr>
            <w:tcW w:w="1984" w:type="dxa"/>
          </w:tcPr>
          <w:p w14:paraId="4C6A052C" w14:textId="2C7A7354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1A555615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369B963C" w14:textId="77777777" w:rsidTr="1F438676">
        <w:trPr>
          <w:trHeight w:val="225"/>
        </w:trPr>
        <w:tc>
          <w:tcPr>
            <w:tcW w:w="2547" w:type="dxa"/>
          </w:tcPr>
          <w:p w14:paraId="4C28CECD" w14:textId="1B9DFF71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Lingonberries</w:t>
            </w:r>
          </w:p>
        </w:tc>
        <w:tc>
          <w:tcPr>
            <w:tcW w:w="2410" w:type="dxa"/>
          </w:tcPr>
          <w:p w14:paraId="54927A72" w14:textId="766DEF06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Frozen</w:t>
            </w:r>
          </w:p>
        </w:tc>
        <w:tc>
          <w:tcPr>
            <w:tcW w:w="1984" w:type="dxa"/>
          </w:tcPr>
          <w:p w14:paraId="12703771" w14:textId="551E281E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760B9D39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2F04C88D" w14:textId="77777777" w:rsidTr="1F438676">
        <w:trPr>
          <w:trHeight w:val="225"/>
        </w:trPr>
        <w:tc>
          <w:tcPr>
            <w:tcW w:w="2547" w:type="dxa"/>
          </w:tcPr>
          <w:p w14:paraId="09DF3F76" w14:textId="7277AB25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Blueberries</w:t>
            </w:r>
          </w:p>
        </w:tc>
        <w:tc>
          <w:tcPr>
            <w:tcW w:w="2410" w:type="dxa"/>
          </w:tcPr>
          <w:p w14:paraId="5492462B" w14:textId="73ED8EEB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Fresh</w:t>
            </w:r>
          </w:p>
        </w:tc>
        <w:tc>
          <w:tcPr>
            <w:tcW w:w="1984" w:type="dxa"/>
          </w:tcPr>
          <w:p w14:paraId="0A9AB139" w14:textId="72BE8FB6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6B8D83C3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5EC157E9" w14:textId="77777777" w:rsidTr="1F438676">
        <w:trPr>
          <w:trHeight w:val="225"/>
        </w:trPr>
        <w:tc>
          <w:tcPr>
            <w:tcW w:w="2547" w:type="dxa"/>
          </w:tcPr>
          <w:p w14:paraId="658E94AC" w14:textId="7B90BD89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Cherries</w:t>
            </w:r>
          </w:p>
        </w:tc>
        <w:tc>
          <w:tcPr>
            <w:tcW w:w="2410" w:type="dxa"/>
          </w:tcPr>
          <w:p w14:paraId="29EA8751" w14:textId="7AC42DD2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Frozen</w:t>
            </w:r>
          </w:p>
        </w:tc>
        <w:tc>
          <w:tcPr>
            <w:tcW w:w="1984" w:type="dxa"/>
          </w:tcPr>
          <w:p w14:paraId="2555F96E" w14:textId="6819C10F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6E4EC3FB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5CF0432F" w14:textId="77777777" w:rsidTr="1F438676">
        <w:trPr>
          <w:trHeight w:val="225"/>
        </w:trPr>
        <w:tc>
          <w:tcPr>
            <w:tcW w:w="2547" w:type="dxa"/>
          </w:tcPr>
          <w:p w14:paraId="1CAF3F42" w14:textId="7A99661A" w:rsidR="00876536" w:rsidRPr="00951381" w:rsidRDefault="00876536" w:rsidP="0087653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Cranberries</w:t>
            </w:r>
          </w:p>
        </w:tc>
        <w:tc>
          <w:tcPr>
            <w:tcW w:w="2410" w:type="dxa"/>
          </w:tcPr>
          <w:p w14:paraId="0A1A9355" w14:textId="532359BC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jam</w:t>
            </w:r>
          </w:p>
        </w:tc>
        <w:tc>
          <w:tcPr>
            <w:tcW w:w="1984" w:type="dxa"/>
          </w:tcPr>
          <w:p w14:paraId="3892DAE1" w14:textId="70F8ED43" w:rsidR="00876536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74E3A9A6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56D1AC41" w14:textId="77777777" w:rsidTr="1F438676">
        <w:trPr>
          <w:trHeight w:val="225"/>
        </w:trPr>
        <w:tc>
          <w:tcPr>
            <w:tcW w:w="2547" w:type="dxa"/>
          </w:tcPr>
          <w:p w14:paraId="084E41E9" w14:textId="175D4B73" w:rsidR="00876536" w:rsidRPr="00951381" w:rsidRDefault="00876536" w:rsidP="0087653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Lingonberries</w:t>
            </w:r>
          </w:p>
        </w:tc>
        <w:tc>
          <w:tcPr>
            <w:tcW w:w="2410" w:type="dxa"/>
          </w:tcPr>
          <w:p w14:paraId="3D434756" w14:textId="19F50E6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jam</w:t>
            </w:r>
          </w:p>
        </w:tc>
        <w:tc>
          <w:tcPr>
            <w:tcW w:w="1984" w:type="dxa"/>
          </w:tcPr>
          <w:p w14:paraId="591470DA" w14:textId="27F4E4DF" w:rsidR="00876536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003A4765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7A5E92E5" w14:textId="77777777" w:rsidTr="1F438676">
        <w:trPr>
          <w:trHeight w:val="225"/>
        </w:trPr>
        <w:tc>
          <w:tcPr>
            <w:tcW w:w="2547" w:type="dxa"/>
          </w:tcPr>
          <w:p w14:paraId="44CA2D27" w14:textId="3DD0AE4F" w:rsidR="00876536" w:rsidRPr="00951381" w:rsidRDefault="00876536" w:rsidP="0087653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Raspberry</w:t>
            </w:r>
          </w:p>
        </w:tc>
        <w:tc>
          <w:tcPr>
            <w:tcW w:w="2410" w:type="dxa"/>
          </w:tcPr>
          <w:p w14:paraId="1B331CD8" w14:textId="7E703272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jam</w:t>
            </w:r>
          </w:p>
        </w:tc>
        <w:tc>
          <w:tcPr>
            <w:tcW w:w="1984" w:type="dxa"/>
          </w:tcPr>
          <w:p w14:paraId="12E63E9F" w14:textId="207E5711" w:rsidR="00876536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25FD1D6D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750CEF93" w14:textId="77777777" w:rsidTr="1F438676">
        <w:trPr>
          <w:trHeight w:val="225"/>
        </w:trPr>
        <w:tc>
          <w:tcPr>
            <w:tcW w:w="2547" w:type="dxa"/>
          </w:tcPr>
          <w:p w14:paraId="3A567CDB" w14:textId="531ED7A2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Lemon</w:t>
            </w:r>
          </w:p>
        </w:tc>
        <w:tc>
          <w:tcPr>
            <w:tcW w:w="2410" w:type="dxa"/>
          </w:tcPr>
          <w:p w14:paraId="2300B706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D7A365F" w14:textId="6A289448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0484C883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35800EBB" w14:textId="77777777" w:rsidTr="1F438676">
        <w:trPr>
          <w:trHeight w:val="225"/>
        </w:trPr>
        <w:tc>
          <w:tcPr>
            <w:tcW w:w="2547" w:type="dxa"/>
          </w:tcPr>
          <w:p w14:paraId="0C4FDE21" w14:textId="614355EA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Lime</w:t>
            </w:r>
          </w:p>
        </w:tc>
        <w:tc>
          <w:tcPr>
            <w:tcW w:w="2410" w:type="dxa"/>
          </w:tcPr>
          <w:p w14:paraId="6F09580D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83D02D" w14:textId="3099ED9F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5FD62616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330EF0C2" w14:textId="77777777" w:rsidTr="1F438676">
        <w:trPr>
          <w:trHeight w:val="225"/>
        </w:trPr>
        <w:tc>
          <w:tcPr>
            <w:tcW w:w="2547" w:type="dxa"/>
          </w:tcPr>
          <w:p w14:paraId="0CC1F5A0" w14:textId="6F43D9B5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Orange</w:t>
            </w:r>
          </w:p>
        </w:tc>
        <w:tc>
          <w:tcPr>
            <w:tcW w:w="2410" w:type="dxa"/>
          </w:tcPr>
          <w:p w14:paraId="07F8BEDD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CBEDF8D" w14:textId="04BA4482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7193180F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2FB06888" w14:textId="77777777" w:rsidTr="1F438676">
        <w:trPr>
          <w:trHeight w:val="225"/>
        </w:trPr>
        <w:tc>
          <w:tcPr>
            <w:tcW w:w="2547" w:type="dxa"/>
          </w:tcPr>
          <w:p w14:paraId="1FDBE691" w14:textId="4458551A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Raisins</w:t>
            </w:r>
          </w:p>
        </w:tc>
        <w:tc>
          <w:tcPr>
            <w:tcW w:w="2410" w:type="dxa"/>
          </w:tcPr>
          <w:p w14:paraId="522910E8" w14:textId="0BC59439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Sultan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(white,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small)</w:t>
            </w:r>
          </w:p>
        </w:tc>
        <w:tc>
          <w:tcPr>
            <w:tcW w:w="1984" w:type="dxa"/>
          </w:tcPr>
          <w:p w14:paraId="0C7A7205" w14:textId="065A0D84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074E635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67512D52" w14:textId="77777777" w:rsidTr="1F438676">
        <w:trPr>
          <w:trHeight w:val="225"/>
        </w:trPr>
        <w:tc>
          <w:tcPr>
            <w:tcW w:w="2547" w:type="dxa"/>
          </w:tcPr>
          <w:p w14:paraId="152B967B" w14:textId="1A7C6E2D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Cardamom</w:t>
            </w:r>
          </w:p>
        </w:tc>
        <w:tc>
          <w:tcPr>
            <w:tcW w:w="2410" w:type="dxa"/>
          </w:tcPr>
          <w:p w14:paraId="4438A375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E390E0" w14:textId="3024944D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439C540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72029550" w14:textId="77777777" w:rsidTr="1F438676">
        <w:trPr>
          <w:trHeight w:val="225"/>
        </w:trPr>
        <w:tc>
          <w:tcPr>
            <w:tcW w:w="2547" w:type="dxa"/>
          </w:tcPr>
          <w:p w14:paraId="30449368" w14:textId="329B75D6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Mint</w:t>
            </w:r>
          </w:p>
        </w:tc>
        <w:tc>
          <w:tcPr>
            <w:tcW w:w="2410" w:type="dxa"/>
          </w:tcPr>
          <w:p w14:paraId="51D7D6D8" w14:textId="11046325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Fresh</w:t>
            </w:r>
          </w:p>
        </w:tc>
        <w:tc>
          <w:tcPr>
            <w:tcW w:w="1984" w:type="dxa"/>
          </w:tcPr>
          <w:p w14:paraId="605A030B" w14:textId="11BD8F06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833B062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3529BF63" w14:textId="77777777" w:rsidTr="1F438676">
        <w:trPr>
          <w:trHeight w:val="225"/>
        </w:trPr>
        <w:tc>
          <w:tcPr>
            <w:tcW w:w="2547" w:type="dxa"/>
          </w:tcPr>
          <w:p w14:paraId="682705B0" w14:textId="4685AFFE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Cinnamon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powder</w:t>
            </w:r>
          </w:p>
        </w:tc>
        <w:tc>
          <w:tcPr>
            <w:tcW w:w="2410" w:type="dxa"/>
          </w:tcPr>
          <w:p w14:paraId="3C1212DF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6AB800" w14:textId="4512611A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5219A50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0DDB65BF" w14:textId="77777777" w:rsidTr="1F438676">
        <w:trPr>
          <w:trHeight w:val="225"/>
        </w:trPr>
        <w:tc>
          <w:tcPr>
            <w:tcW w:w="2547" w:type="dxa"/>
          </w:tcPr>
          <w:p w14:paraId="1DA00804" w14:textId="1BFAB0A4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Sesame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seeds</w:t>
            </w:r>
          </w:p>
        </w:tc>
        <w:tc>
          <w:tcPr>
            <w:tcW w:w="2410" w:type="dxa"/>
          </w:tcPr>
          <w:p w14:paraId="1F604D22" w14:textId="7B574909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Mix black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white</w:t>
            </w:r>
          </w:p>
        </w:tc>
        <w:tc>
          <w:tcPr>
            <w:tcW w:w="1984" w:type="dxa"/>
          </w:tcPr>
          <w:p w14:paraId="4C7BD65C" w14:textId="0B4A8664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5DB6C6D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23AC1871" w14:textId="77777777" w:rsidTr="1F438676">
        <w:trPr>
          <w:trHeight w:val="225"/>
        </w:trPr>
        <w:tc>
          <w:tcPr>
            <w:tcW w:w="2547" w:type="dxa"/>
          </w:tcPr>
          <w:p w14:paraId="6F1F777F" w14:textId="4C6962C6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Cumin</w:t>
            </w:r>
          </w:p>
        </w:tc>
        <w:tc>
          <w:tcPr>
            <w:tcW w:w="2410" w:type="dxa"/>
          </w:tcPr>
          <w:p w14:paraId="25383B40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945C051" w14:textId="3817FCD0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03EFDADE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5628C6B5" w14:textId="77777777" w:rsidTr="1F438676">
        <w:trPr>
          <w:trHeight w:val="225"/>
        </w:trPr>
        <w:tc>
          <w:tcPr>
            <w:tcW w:w="2547" w:type="dxa"/>
          </w:tcPr>
          <w:p w14:paraId="1C327DD2" w14:textId="01FF2F48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Poppy</w:t>
            </w:r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seeds</w:t>
            </w:r>
          </w:p>
        </w:tc>
        <w:tc>
          <w:tcPr>
            <w:tcW w:w="2410" w:type="dxa"/>
          </w:tcPr>
          <w:p w14:paraId="5811A1CD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791E60" w14:textId="2878A9D4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3C8F07BE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32B3EFEB" w14:textId="77777777" w:rsidTr="1F438676">
        <w:trPr>
          <w:trHeight w:val="225"/>
        </w:trPr>
        <w:tc>
          <w:tcPr>
            <w:tcW w:w="2547" w:type="dxa"/>
          </w:tcPr>
          <w:p w14:paraId="6CAC3200" w14:textId="0A45382E" w:rsidR="00876536" w:rsidRPr="002038DC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8DC">
              <w:rPr>
                <w:rFonts w:ascii="Times New Roman" w:hAnsi="Times New Roman" w:cs="Times New Roman"/>
                <w:sz w:val="24"/>
                <w:szCs w:val="24"/>
              </w:rPr>
              <w:t>Black Pepper</w:t>
            </w:r>
          </w:p>
        </w:tc>
        <w:tc>
          <w:tcPr>
            <w:tcW w:w="2410" w:type="dxa"/>
          </w:tcPr>
          <w:p w14:paraId="25070F61" w14:textId="7C62E9E4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grounded</w:t>
            </w:r>
          </w:p>
        </w:tc>
        <w:tc>
          <w:tcPr>
            <w:tcW w:w="1984" w:type="dxa"/>
          </w:tcPr>
          <w:p w14:paraId="1AE5CCF0" w14:textId="4E8D9422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CF3DEB6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7E4DD342" w14:textId="77777777" w:rsidTr="1F438676">
        <w:tc>
          <w:tcPr>
            <w:tcW w:w="8828" w:type="dxa"/>
            <w:gridSpan w:val="4"/>
            <w:shd w:val="clear" w:color="auto" w:fill="FABF8F" w:themeFill="accent6" w:themeFillTint="99"/>
          </w:tcPr>
          <w:p w14:paraId="698DC1B9" w14:textId="5400A676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i/>
                <w:sz w:val="24"/>
                <w:szCs w:val="24"/>
              </w:rPr>
              <w:t>MILK AND MILK PRODUCTS</w:t>
            </w:r>
          </w:p>
        </w:tc>
      </w:tr>
      <w:tr w:rsidR="00C37E1D" w:rsidRPr="00496C31" w14:paraId="78779623" w14:textId="77777777" w:rsidTr="1F438676">
        <w:tc>
          <w:tcPr>
            <w:tcW w:w="2547" w:type="dxa"/>
          </w:tcPr>
          <w:p w14:paraId="0AAE9140" w14:textId="284F4583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Milk</w:t>
            </w:r>
          </w:p>
        </w:tc>
        <w:tc>
          <w:tcPr>
            <w:tcW w:w="2410" w:type="dxa"/>
          </w:tcPr>
          <w:p w14:paraId="66070AE8" w14:textId="04067AC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2,5 %  </w:t>
            </w:r>
          </w:p>
        </w:tc>
        <w:tc>
          <w:tcPr>
            <w:tcW w:w="1984" w:type="dxa"/>
          </w:tcPr>
          <w:p w14:paraId="373A4B23" w14:textId="33809295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526143E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FA49CD9" w14:textId="77777777" w:rsidTr="1F438676">
        <w:tc>
          <w:tcPr>
            <w:tcW w:w="2547" w:type="dxa"/>
          </w:tcPr>
          <w:p w14:paraId="2694F8D3" w14:textId="7791631A" w:rsidR="00C37E1D" w:rsidRPr="00951381" w:rsidRDefault="00C37E1D" w:rsidP="00C37E1D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Milk</w:t>
            </w:r>
          </w:p>
        </w:tc>
        <w:tc>
          <w:tcPr>
            <w:tcW w:w="2410" w:type="dxa"/>
          </w:tcPr>
          <w:p w14:paraId="3C1A900B" w14:textId="0C0FF4D4" w:rsidR="00C37E1D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fat</w:t>
            </w:r>
          </w:p>
        </w:tc>
        <w:tc>
          <w:tcPr>
            <w:tcW w:w="1984" w:type="dxa"/>
          </w:tcPr>
          <w:p w14:paraId="6214C438" w14:textId="07A0655B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51B88A75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7F535C96" w14:textId="77777777" w:rsidTr="1F438676">
        <w:tc>
          <w:tcPr>
            <w:tcW w:w="2547" w:type="dxa"/>
          </w:tcPr>
          <w:p w14:paraId="1EC7C204" w14:textId="6A13266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Butter</w:t>
            </w:r>
          </w:p>
        </w:tc>
        <w:tc>
          <w:tcPr>
            <w:tcW w:w="2410" w:type="dxa"/>
          </w:tcPr>
          <w:p w14:paraId="706ACC52" w14:textId="7BB59CA0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fat</w:t>
            </w:r>
          </w:p>
        </w:tc>
        <w:tc>
          <w:tcPr>
            <w:tcW w:w="1984" w:type="dxa"/>
          </w:tcPr>
          <w:p w14:paraId="4C2D60D2" w14:textId="78F9E677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03E83C06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075F2210" w14:textId="77777777" w:rsidTr="1F438676">
        <w:trPr>
          <w:trHeight w:val="165"/>
        </w:trPr>
        <w:tc>
          <w:tcPr>
            <w:tcW w:w="2547" w:type="dxa"/>
          </w:tcPr>
          <w:p w14:paraId="3C13DF5A" w14:textId="08108208" w:rsidR="00C37E1D" w:rsidRPr="00951381" w:rsidRDefault="4100AC01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Sweet </w:t>
            </w:r>
            <w:r w:rsidR="00C37E1D" w:rsidRPr="1F438676">
              <w:rPr>
                <w:rFonts w:ascii="Times New Roman" w:hAnsi="Times New Roman" w:cs="Times New Roman"/>
                <w:sz w:val="24"/>
                <w:szCs w:val="24"/>
              </w:rPr>
              <w:t>Cream</w:t>
            </w:r>
          </w:p>
        </w:tc>
        <w:tc>
          <w:tcPr>
            <w:tcW w:w="2410" w:type="dxa"/>
          </w:tcPr>
          <w:p w14:paraId="616C5915" w14:textId="0F05CF3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fat</w:t>
            </w:r>
          </w:p>
        </w:tc>
        <w:tc>
          <w:tcPr>
            <w:tcW w:w="1984" w:type="dxa"/>
          </w:tcPr>
          <w:p w14:paraId="14A26F38" w14:textId="19EBB3E0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36918319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07DFB01F" w14:textId="77777777" w:rsidTr="1F438676">
        <w:trPr>
          <w:trHeight w:val="105"/>
        </w:trPr>
        <w:tc>
          <w:tcPr>
            <w:tcW w:w="2547" w:type="dxa"/>
          </w:tcPr>
          <w:p w14:paraId="2DAC3AD2" w14:textId="5EA54C3F" w:rsidR="00C37E1D" w:rsidRPr="00951381" w:rsidRDefault="00C37E1D" w:rsidP="00C37E1D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D50D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Cream Gold </w:t>
            </w:r>
          </w:p>
        </w:tc>
        <w:tc>
          <w:tcPr>
            <w:tcW w:w="2410" w:type="dxa"/>
          </w:tcPr>
          <w:p w14:paraId="43595B36" w14:textId="7C9EFA08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0D0">
              <w:rPr>
                <w:rFonts w:ascii="Times New Roman" w:hAnsi="Times New Roman" w:cs="Times New Roman"/>
                <w:sz w:val="24"/>
                <w:szCs w:val="24"/>
              </w:rPr>
              <w:t>33,5 – 34 % fat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50D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a mixture of dairy products, vegetable fats and milk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fat</w:t>
            </w:r>
          </w:p>
        </w:tc>
        <w:tc>
          <w:tcPr>
            <w:tcW w:w="1984" w:type="dxa"/>
          </w:tcPr>
          <w:p w14:paraId="560D070D" w14:textId="01CC0828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4CD44EC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42E48CC" w14:textId="77777777" w:rsidTr="1F438676">
        <w:tc>
          <w:tcPr>
            <w:tcW w:w="2547" w:type="dxa"/>
          </w:tcPr>
          <w:p w14:paraId="67AA7A54" w14:textId="790CA482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Condensed milk with sugar</w:t>
            </w:r>
          </w:p>
        </w:tc>
        <w:tc>
          <w:tcPr>
            <w:tcW w:w="2410" w:type="dxa"/>
          </w:tcPr>
          <w:p w14:paraId="1223E367" w14:textId="6EBA64B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5D795B4" w14:textId="260B5161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3A96BF1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112FA481" w14:textId="77777777" w:rsidTr="1F438676">
        <w:tc>
          <w:tcPr>
            <w:tcW w:w="2547" w:type="dxa"/>
          </w:tcPr>
          <w:p w14:paraId="3EAB99B8" w14:textId="071CD85E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Sour Cream</w:t>
            </w:r>
          </w:p>
        </w:tc>
        <w:tc>
          <w:tcPr>
            <w:tcW w:w="2410" w:type="dxa"/>
          </w:tcPr>
          <w:p w14:paraId="5834F8FD" w14:textId="1CBBAC0C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25% fat</w:t>
            </w:r>
          </w:p>
        </w:tc>
        <w:tc>
          <w:tcPr>
            <w:tcW w:w="1984" w:type="dxa"/>
          </w:tcPr>
          <w:p w14:paraId="0340F740" w14:textId="4AE1A82C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6E5A16F5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615DCB1" w14:textId="77777777" w:rsidTr="1F438676">
        <w:tc>
          <w:tcPr>
            <w:tcW w:w="2547" w:type="dxa"/>
          </w:tcPr>
          <w:p w14:paraId="0E97ACB2" w14:textId="35A812F9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ream cheese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6BC8D7F1" w14:textId="0BECA11F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PHILADELPHIA</w:t>
            </w:r>
          </w:p>
        </w:tc>
        <w:tc>
          <w:tcPr>
            <w:tcW w:w="1984" w:type="dxa"/>
          </w:tcPr>
          <w:p w14:paraId="131129FF" w14:textId="6F288BB3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1484CF6A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748213B5" w14:textId="77777777" w:rsidTr="1F438676">
        <w:tc>
          <w:tcPr>
            <w:tcW w:w="8828" w:type="dxa"/>
            <w:gridSpan w:val="4"/>
            <w:shd w:val="clear" w:color="auto" w:fill="FABF8F" w:themeFill="accent6" w:themeFillTint="99"/>
            <w:vAlign w:val="center"/>
          </w:tcPr>
          <w:p w14:paraId="018F60D2" w14:textId="5966A028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i/>
                <w:sz w:val="24"/>
                <w:szCs w:val="24"/>
              </w:rPr>
              <w:t>OTHER PRODUCTS</w:t>
            </w:r>
          </w:p>
        </w:tc>
      </w:tr>
      <w:tr w:rsidR="00C37E1D" w:rsidRPr="00496C31" w14:paraId="7E2014DF" w14:textId="77777777" w:rsidTr="1F438676">
        <w:tc>
          <w:tcPr>
            <w:tcW w:w="2547" w:type="dxa"/>
          </w:tcPr>
          <w:p w14:paraId="1AE63547" w14:textId="7E030A56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8DC">
              <w:rPr>
                <w:rFonts w:ascii="Times New Roman" w:hAnsi="Times New Roman" w:cs="Times New Roman"/>
                <w:sz w:val="24"/>
                <w:szCs w:val="24"/>
              </w:rPr>
              <w:t>Bacon</w:t>
            </w:r>
          </w:p>
        </w:tc>
        <w:tc>
          <w:tcPr>
            <w:tcW w:w="2410" w:type="dxa"/>
          </w:tcPr>
          <w:p w14:paraId="0C96A11D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9AF917B" w14:textId="3222AD47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2F6CDB26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1D3EABD" w14:textId="77777777" w:rsidTr="1F438676">
        <w:tc>
          <w:tcPr>
            <w:tcW w:w="2547" w:type="dxa"/>
          </w:tcPr>
          <w:p w14:paraId="3D3AEDAB" w14:textId="33F0F46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Baking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powder</w:t>
            </w:r>
          </w:p>
        </w:tc>
        <w:tc>
          <w:tcPr>
            <w:tcW w:w="2410" w:type="dxa"/>
          </w:tcPr>
          <w:p w14:paraId="18BC7B6F" w14:textId="1723B33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1D821A7" w14:textId="018450E3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2B8FAC5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1836E49F" w14:textId="77777777" w:rsidTr="1F438676">
        <w:tc>
          <w:tcPr>
            <w:tcW w:w="2547" w:type="dxa"/>
          </w:tcPr>
          <w:p w14:paraId="79E119AA" w14:textId="3DDD732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Soda</w:t>
            </w:r>
          </w:p>
        </w:tc>
        <w:tc>
          <w:tcPr>
            <w:tcW w:w="2410" w:type="dxa"/>
          </w:tcPr>
          <w:p w14:paraId="4BA29A20" w14:textId="0832C4A5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7FF91C5" w14:textId="4C1FB582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62880BB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537DFD03" w14:textId="77777777" w:rsidTr="1F438676">
        <w:tc>
          <w:tcPr>
            <w:tcW w:w="2547" w:type="dxa"/>
          </w:tcPr>
          <w:p w14:paraId="0CED5984" w14:textId="7397878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Eggs</w:t>
            </w:r>
          </w:p>
        </w:tc>
        <w:tc>
          <w:tcPr>
            <w:tcW w:w="2410" w:type="dxa"/>
          </w:tcPr>
          <w:p w14:paraId="088FE7CF" w14:textId="1737BA50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size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(40g)</w:t>
            </w:r>
          </w:p>
        </w:tc>
        <w:tc>
          <w:tcPr>
            <w:tcW w:w="1984" w:type="dxa"/>
            <w:vAlign w:val="center"/>
          </w:tcPr>
          <w:p w14:paraId="13BCB549" w14:textId="7B6CC5C5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pcs</w:t>
            </w:r>
          </w:p>
        </w:tc>
        <w:tc>
          <w:tcPr>
            <w:tcW w:w="1887" w:type="dxa"/>
          </w:tcPr>
          <w:p w14:paraId="49837721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1CFBA87" w14:textId="77777777" w:rsidTr="1F438676">
        <w:tc>
          <w:tcPr>
            <w:tcW w:w="2547" w:type="dxa"/>
          </w:tcPr>
          <w:p w14:paraId="236035A2" w14:textId="4FF3483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Cocoa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powder</w:t>
            </w:r>
          </w:p>
        </w:tc>
        <w:tc>
          <w:tcPr>
            <w:tcW w:w="2410" w:type="dxa"/>
          </w:tcPr>
          <w:p w14:paraId="3CF63DA7" w14:textId="3F383045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DA7F32E" w14:textId="77831A09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3F28F870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668C7FC" w14:textId="77777777" w:rsidTr="1F438676">
        <w:tc>
          <w:tcPr>
            <w:tcW w:w="2547" w:type="dxa"/>
          </w:tcPr>
          <w:p w14:paraId="39339EB7" w14:textId="4326EFF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(natural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grounded)</w:t>
            </w:r>
          </w:p>
        </w:tc>
        <w:tc>
          <w:tcPr>
            <w:tcW w:w="2410" w:type="dxa"/>
          </w:tcPr>
          <w:p w14:paraId="0C5CABE0" w14:textId="5D70704C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A3A583C" w14:textId="7B8AC074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0B57E7E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A0CF136" w14:textId="77777777" w:rsidTr="1F438676">
        <w:tc>
          <w:tcPr>
            <w:tcW w:w="2547" w:type="dxa"/>
          </w:tcPr>
          <w:p w14:paraId="3CCCEF6E" w14:textId="47D11CE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Instant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coffee</w:t>
            </w:r>
          </w:p>
        </w:tc>
        <w:tc>
          <w:tcPr>
            <w:tcW w:w="2410" w:type="dxa"/>
          </w:tcPr>
          <w:p w14:paraId="1D0A237C" w14:textId="2927EB83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FFFB54" w14:textId="150625A5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F599097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2E49C5A" w14:textId="77777777" w:rsidTr="1F438676">
        <w:trPr>
          <w:trHeight w:val="165"/>
        </w:trPr>
        <w:tc>
          <w:tcPr>
            <w:tcW w:w="2547" w:type="dxa"/>
          </w:tcPr>
          <w:p w14:paraId="37C395D2" w14:textId="25EBC7F0" w:rsidR="00C37E1D" w:rsidRPr="00951381" w:rsidRDefault="00C37E1D" w:rsidP="00C37E1D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Yeast</w:t>
            </w:r>
          </w:p>
        </w:tc>
        <w:tc>
          <w:tcPr>
            <w:tcW w:w="2410" w:type="dxa"/>
          </w:tcPr>
          <w:p w14:paraId="65577094" w14:textId="3E685EE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686CF0E" w14:textId="27DED607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CC23E80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A0EC1D1" w14:textId="77777777" w:rsidTr="1F438676">
        <w:trPr>
          <w:trHeight w:val="165"/>
        </w:trPr>
        <w:tc>
          <w:tcPr>
            <w:tcW w:w="2547" w:type="dxa"/>
          </w:tcPr>
          <w:p w14:paraId="0C3A06F5" w14:textId="053431D5" w:rsidR="00C37E1D" w:rsidRPr="00951381" w:rsidRDefault="00C37E1D" w:rsidP="00C37E1D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ry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Yeast</w:t>
            </w:r>
          </w:p>
        </w:tc>
        <w:tc>
          <w:tcPr>
            <w:tcW w:w="2410" w:type="dxa"/>
          </w:tcPr>
          <w:p w14:paraId="29298E11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3BEA55" w14:textId="2AC58F07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279995A6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0AFD8114" w14:textId="77777777" w:rsidTr="1F438676">
        <w:trPr>
          <w:trHeight w:val="165"/>
        </w:trPr>
        <w:tc>
          <w:tcPr>
            <w:tcW w:w="2547" w:type="dxa"/>
          </w:tcPr>
          <w:p w14:paraId="4D8E5DF0" w14:textId="56F8DF1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Gelatine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granulated</w:t>
            </w:r>
          </w:p>
        </w:tc>
        <w:tc>
          <w:tcPr>
            <w:tcW w:w="2410" w:type="dxa"/>
          </w:tcPr>
          <w:p w14:paraId="69B6984D" w14:textId="74DD4A7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CFDB331" w14:textId="780CDA21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BD023E2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BBE96BA" w14:textId="77777777" w:rsidTr="1F438676">
        <w:trPr>
          <w:trHeight w:val="165"/>
        </w:trPr>
        <w:tc>
          <w:tcPr>
            <w:tcW w:w="2547" w:type="dxa"/>
          </w:tcPr>
          <w:p w14:paraId="3DFB8B90" w14:textId="66EDAD99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A3D">
              <w:rPr>
                <w:rFonts w:ascii="Times New Roman" w:hAnsi="Times New Roman" w:cs="Times New Roman"/>
                <w:sz w:val="24"/>
                <w:szCs w:val="24"/>
              </w:rPr>
              <w:t>Gelatin in sheets</w:t>
            </w:r>
          </w:p>
        </w:tc>
        <w:tc>
          <w:tcPr>
            <w:tcW w:w="2410" w:type="dxa"/>
          </w:tcPr>
          <w:p w14:paraId="7625EDBF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1EC1CF" w14:textId="201914FB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3EFDDAC5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DF15D6E" w14:textId="77777777" w:rsidTr="1F438676">
        <w:trPr>
          <w:trHeight w:val="96"/>
        </w:trPr>
        <w:tc>
          <w:tcPr>
            <w:tcW w:w="2547" w:type="dxa"/>
          </w:tcPr>
          <w:p w14:paraId="79179210" w14:textId="06803142" w:rsidR="00C37E1D" w:rsidRPr="00032A3D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Agar</w:t>
            </w:r>
          </w:p>
        </w:tc>
        <w:tc>
          <w:tcPr>
            <w:tcW w:w="2410" w:type="dxa"/>
          </w:tcPr>
          <w:p w14:paraId="184B5904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DA2A2D5" w14:textId="3F9A17AF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034D7796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5CA2ED8E" w14:textId="77777777" w:rsidTr="1F438676">
        <w:trPr>
          <w:trHeight w:val="105"/>
        </w:trPr>
        <w:tc>
          <w:tcPr>
            <w:tcW w:w="2547" w:type="dxa"/>
          </w:tcPr>
          <w:p w14:paraId="17F84674" w14:textId="43B31768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Vanilla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sugar</w:t>
            </w:r>
          </w:p>
        </w:tc>
        <w:tc>
          <w:tcPr>
            <w:tcW w:w="2410" w:type="dxa"/>
          </w:tcPr>
          <w:p w14:paraId="2AB39B38" w14:textId="19AB65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7568D55" w14:textId="7D46B7B9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E78D57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389921E" w14:textId="77777777" w:rsidTr="1F438676">
        <w:tc>
          <w:tcPr>
            <w:tcW w:w="2547" w:type="dxa"/>
          </w:tcPr>
          <w:p w14:paraId="31895329" w14:textId="4895C3A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White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chocolate</w:t>
            </w:r>
          </w:p>
        </w:tc>
        <w:tc>
          <w:tcPr>
            <w:tcW w:w="2410" w:type="dxa"/>
          </w:tcPr>
          <w:p w14:paraId="7C481D90" w14:textId="569AD566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Belcolade</w:t>
            </w:r>
            <w:proofErr w:type="spellEnd"/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33,5 -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34%</w:t>
            </w:r>
          </w:p>
        </w:tc>
        <w:tc>
          <w:tcPr>
            <w:tcW w:w="1984" w:type="dxa"/>
          </w:tcPr>
          <w:p w14:paraId="75A31D10" w14:textId="1D032C8B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0D9EE37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BD0B4CC" w14:textId="77777777" w:rsidTr="1F438676">
        <w:tc>
          <w:tcPr>
            <w:tcW w:w="2547" w:type="dxa"/>
          </w:tcPr>
          <w:p w14:paraId="6FB757B8" w14:textId="22148EE2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Dark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chocolate</w:t>
            </w:r>
          </w:p>
        </w:tc>
        <w:tc>
          <w:tcPr>
            <w:tcW w:w="2410" w:type="dxa"/>
          </w:tcPr>
          <w:p w14:paraId="67AD3157" w14:textId="09BA45D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Belcolade</w:t>
            </w:r>
            <w:proofErr w:type="spellEnd"/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55%</w:t>
            </w:r>
          </w:p>
        </w:tc>
        <w:tc>
          <w:tcPr>
            <w:tcW w:w="1984" w:type="dxa"/>
          </w:tcPr>
          <w:p w14:paraId="7A4ACE6A" w14:textId="1DD09F8C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22DDA35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487C813" w14:textId="77777777" w:rsidTr="1F438676">
        <w:tc>
          <w:tcPr>
            <w:tcW w:w="2547" w:type="dxa"/>
          </w:tcPr>
          <w:p w14:paraId="00B4CEAE" w14:textId="4A167631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Hazelnuts</w:t>
            </w:r>
          </w:p>
        </w:tc>
        <w:tc>
          <w:tcPr>
            <w:tcW w:w="2410" w:type="dxa"/>
          </w:tcPr>
          <w:p w14:paraId="33699126" w14:textId="5014E449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F23186" w14:textId="67858989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2D62DB67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17D4585" w14:textId="77777777" w:rsidTr="1F438676">
        <w:tc>
          <w:tcPr>
            <w:tcW w:w="2547" w:type="dxa"/>
          </w:tcPr>
          <w:p w14:paraId="7B1C586D" w14:textId="31FB304D" w:rsidR="00C37E1D" w:rsidRPr="00951381" w:rsidRDefault="00C37E1D" w:rsidP="00C37E1D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E19B0">
              <w:rPr>
                <w:rFonts w:ascii="Times New Roman" w:hAnsi="Times New Roman" w:cs="Times New Roman"/>
                <w:sz w:val="24"/>
                <w:szCs w:val="24"/>
              </w:rPr>
              <w:t>lmonds</w:t>
            </w:r>
          </w:p>
        </w:tc>
        <w:tc>
          <w:tcPr>
            <w:tcW w:w="2410" w:type="dxa"/>
          </w:tcPr>
          <w:p w14:paraId="09794902" w14:textId="77777777" w:rsidR="00C37E1D" w:rsidRPr="00CE19B0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CF28B80" w14:textId="0C78BF36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FDE62B3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3A832E51" w14:textId="77777777" w:rsidTr="1F438676">
        <w:tc>
          <w:tcPr>
            <w:tcW w:w="2547" w:type="dxa"/>
          </w:tcPr>
          <w:p w14:paraId="28134996" w14:textId="5AC0FFE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Coconut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flakes</w:t>
            </w:r>
          </w:p>
        </w:tc>
        <w:tc>
          <w:tcPr>
            <w:tcW w:w="2410" w:type="dxa"/>
          </w:tcPr>
          <w:p w14:paraId="06FABA51" w14:textId="6ABB39E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CA5917" w14:textId="08FA3825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CC8B2E0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79C03951" w14:textId="77777777" w:rsidTr="1F438676">
        <w:tc>
          <w:tcPr>
            <w:tcW w:w="2547" w:type="dxa"/>
          </w:tcPr>
          <w:p w14:paraId="5594A57A" w14:textId="39263369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Caramel</w:t>
            </w:r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sauce</w:t>
            </w:r>
          </w:p>
        </w:tc>
        <w:tc>
          <w:tcPr>
            <w:tcW w:w="2410" w:type="dxa"/>
          </w:tcPr>
          <w:p w14:paraId="429D212C" w14:textId="2BA9CF3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0E6562" w14:textId="1A542C44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1887" w:type="dxa"/>
          </w:tcPr>
          <w:p w14:paraId="4054369F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DB3E5CF" w14:textId="77777777" w:rsidTr="1F438676">
        <w:tc>
          <w:tcPr>
            <w:tcW w:w="2547" w:type="dxa"/>
          </w:tcPr>
          <w:p w14:paraId="5E63C42C" w14:textId="1E436BDD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rings (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chocolate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3469AD9E" w14:textId="6053415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Red,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yellow,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green,</w:t>
            </w:r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blue</w:t>
            </w:r>
          </w:p>
        </w:tc>
        <w:tc>
          <w:tcPr>
            <w:tcW w:w="1984" w:type="dxa"/>
          </w:tcPr>
          <w:p w14:paraId="553653E0" w14:textId="02C0132B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1887" w:type="dxa"/>
          </w:tcPr>
          <w:p w14:paraId="203C8B2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17E711A" w14:textId="77777777" w:rsidTr="1F438676">
        <w:tc>
          <w:tcPr>
            <w:tcW w:w="2547" w:type="dxa"/>
          </w:tcPr>
          <w:p w14:paraId="09841357" w14:textId="35639025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  <w:r w:rsidRPr="00951381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rings</w:t>
            </w:r>
            <w:r w:rsidRPr="00951381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water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soluble</w:t>
            </w:r>
          </w:p>
        </w:tc>
        <w:tc>
          <w:tcPr>
            <w:tcW w:w="2410" w:type="dxa"/>
          </w:tcPr>
          <w:p w14:paraId="2AE69B9E" w14:textId="6721729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Red,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yellow,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green,</w:t>
            </w:r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blue</w:t>
            </w:r>
          </w:p>
        </w:tc>
        <w:tc>
          <w:tcPr>
            <w:tcW w:w="1984" w:type="dxa"/>
          </w:tcPr>
          <w:p w14:paraId="6BECB9EA" w14:textId="16C0013A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1887" w:type="dxa"/>
          </w:tcPr>
          <w:p w14:paraId="73A524B7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016C21" w14:textId="0F39164D" w:rsidR="00645364" w:rsidRDefault="00645364">
      <w:pPr>
        <w:rPr>
          <w:rFonts w:ascii="Times New Roman" w:hAnsi="Times New Roman" w:cs="Times New Roman"/>
          <w:sz w:val="24"/>
          <w:szCs w:val="24"/>
        </w:rPr>
      </w:pPr>
    </w:p>
    <w:sectPr w:rsidR="00645364" w:rsidSect="007823DD">
      <w:pgSz w:w="12240" w:h="15840"/>
      <w:pgMar w:top="1134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738"/>
    <w:rsid w:val="001F367E"/>
    <w:rsid w:val="002038DC"/>
    <w:rsid w:val="0029639D"/>
    <w:rsid w:val="00326F90"/>
    <w:rsid w:val="003614EC"/>
    <w:rsid w:val="003733CD"/>
    <w:rsid w:val="003843FB"/>
    <w:rsid w:val="00387742"/>
    <w:rsid w:val="003F589E"/>
    <w:rsid w:val="00456E17"/>
    <w:rsid w:val="00496C31"/>
    <w:rsid w:val="004A3C36"/>
    <w:rsid w:val="004A3D79"/>
    <w:rsid w:val="004D6E1D"/>
    <w:rsid w:val="00542A06"/>
    <w:rsid w:val="00634B05"/>
    <w:rsid w:val="00645364"/>
    <w:rsid w:val="0068048B"/>
    <w:rsid w:val="006D6131"/>
    <w:rsid w:val="00723465"/>
    <w:rsid w:val="00772578"/>
    <w:rsid w:val="007823DD"/>
    <w:rsid w:val="008563FB"/>
    <w:rsid w:val="00876536"/>
    <w:rsid w:val="008F5837"/>
    <w:rsid w:val="00907CB8"/>
    <w:rsid w:val="00951381"/>
    <w:rsid w:val="00976D11"/>
    <w:rsid w:val="00AA1D8D"/>
    <w:rsid w:val="00AD50D0"/>
    <w:rsid w:val="00B47730"/>
    <w:rsid w:val="00C20FA5"/>
    <w:rsid w:val="00C37E1D"/>
    <w:rsid w:val="00CB0664"/>
    <w:rsid w:val="00CE19B0"/>
    <w:rsid w:val="00D9167A"/>
    <w:rsid w:val="00E56356"/>
    <w:rsid w:val="00F3315D"/>
    <w:rsid w:val="00FB4651"/>
    <w:rsid w:val="00FC693F"/>
    <w:rsid w:val="1F438676"/>
    <w:rsid w:val="4100A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8FEEB60"/>
  <w14:defaultImageDpi w14:val="300"/>
  <w15:docId w15:val="{63A51019-A6A7-4DAD-BF6A-0F8DBE12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48AE78162310141BA4ABB277526F45A" ma:contentTypeVersion="18" ma:contentTypeDescription="Izveidot jaunu dokumentu." ma:contentTypeScope="" ma:versionID="9af54bbbecce6139db37cb8b89676b87">
  <xsd:schema xmlns:xsd="http://www.w3.org/2001/XMLSchema" xmlns:xs="http://www.w3.org/2001/XMLSchema" xmlns:p="http://schemas.microsoft.com/office/2006/metadata/properties" xmlns:ns3="625ffc3f-8988-464b-8486-e104c055ca93" xmlns:ns4="21a95fe9-13f3-4033-93e4-2b017f2b0e02" targetNamespace="http://schemas.microsoft.com/office/2006/metadata/properties" ma:root="true" ma:fieldsID="396bb9a1922d2839a04af9ee479936a9" ns3:_="" ns4:_="">
    <xsd:import namespace="625ffc3f-8988-464b-8486-e104c055ca93"/>
    <xsd:import namespace="21a95fe9-13f3-4033-93e4-2b017f2b0e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ffc3f-8988-464b-8486-e104c055c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5fe9-13f3-4033-93e4-2b017f2b0e0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5ffc3f-8988-464b-8486-e104c055ca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9DBEEF-E3FB-479A-9BDC-613D5191E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5ffc3f-8988-464b-8486-e104c055ca93"/>
    <ds:schemaRef ds:uri="21a95fe9-13f3-4033-93e4-2b017f2b0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3CBD67-40A2-4420-83E4-C3229712AA91}">
  <ds:schemaRefs>
    <ds:schemaRef ds:uri="21a95fe9-13f3-4033-93e4-2b017f2b0e02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625ffc3f-8988-464b-8486-e104c055ca9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9F9F6EE-FDCB-4B10-910C-2A6BA24AB2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166FCA-D8DD-4BCF-A7F8-D871530E0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973</Words>
  <Characters>556</Characters>
  <Application>Microsoft Office Word</Application>
  <DocSecurity>0</DocSecurity>
  <Lines>4</Lines>
  <Paragraphs>3</Paragraphs>
  <ScaleCrop>false</ScaleCrop>
  <Manager/>
  <Company/>
  <LinksUpToDate>false</LinksUpToDate>
  <CharactersWithSpaces>1526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Ilze Pilane</cp:lastModifiedBy>
  <cp:revision>4</cp:revision>
  <dcterms:created xsi:type="dcterms:W3CDTF">2026-06-05T09:28:00Z</dcterms:created>
  <dcterms:modified xsi:type="dcterms:W3CDTF">2026-09-03T06:30:00Z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0x010100748AE78162310141BA4ABB277526F45A</vt:lpwstr>
  </property>
</Properties>
</file>