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132"/>
      </w:tblGrid>
      <w:tr w:rsidR="00456E17" w14:paraId="1906B7E2" w14:textId="77777777" w:rsidTr="00456E17">
        <w:trPr>
          <w:trHeight w:val="354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7106989" w14:textId="1041A824" w:rsidR="00456E17" w:rsidRDefault="00456E17" w:rsidP="00456E1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School</w:t>
            </w:r>
          </w:p>
        </w:tc>
        <w:tc>
          <w:tcPr>
            <w:tcW w:w="7132" w:type="dxa"/>
            <w:vAlign w:val="bottom"/>
          </w:tcPr>
          <w:p w14:paraId="0BAD78FA" w14:textId="77777777" w:rsidR="00456E17" w:rsidRDefault="00456E17" w:rsidP="00456E1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56E17" w14:paraId="054EDAE7" w14:textId="77777777" w:rsidTr="00456E17">
        <w:trPr>
          <w:trHeight w:val="354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1C92142" w14:textId="516F119A" w:rsidR="00456E17" w:rsidRPr="00456E17" w:rsidRDefault="00456E17" w:rsidP="00456E1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56E17">
              <w:rPr>
                <w:rFonts w:ascii="Times New Roman" w:hAnsi="Times New Roman" w:cs="Times New Roman"/>
                <w:sz w:val="24"/>
              </w:rPr>
              <w:t>Participant</w:t>
            </w:r>
          </w:p>
        </w:tc>
        <w:tc>
          <w:tcPr>
            <w:tcW w:w="7132" w:type="dxa"/>
            <w:vAlign w:val="bottom"/>
          </w:tcPr>
          <w:p w14:paraId="0C0DB7BF" w14:textId="77777777" w:rsidR="00456E17" w:rsidRDefault="00456E17" w:rsidP="00456E1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1843AA4" w14:textId="77777777" w:rsidR="00456E17" w:rsidRDefault="00456E17" w:rsidP="007823DD">
      <w:pPr>
        <w:rPr>
          <w:rFonts w:ascii="Times New Roman" w:hAnsi="Times New Roman" w:cs="Times New Roman"/>
          <w:sz w:val="24"/>
        </w:rPr>
      </w:pPr>
    </w:p>
    <w:p w14:paraId="131A0B09" w14:textId="05870D11" w:rsidR="008563FB" w:rsidRPr="00456E17" w:rsidRDefault="005D1691" w:rsidP="00456E1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PRODUCT </w:t>
      </w:r>
      <w:r w:rsidR="00496C31" w:rsidRPr="00456E17">
        <w:rPr>
          <w:rFonts w:ascii="Times New Roman" w:hAnsi="Times New Roman" w:cs="Times New Roman"/>
          <w:b/>
          <w:sz w:val="28"/>
        </w:rPr>
        <w:t>LIST FOR COOK</w:t>
      </w:r>
      <w:bookmarkStart w:id="0" w:name="_GoBack"/>
      <w:bookmarkEnd w:id="0"/>
      <w:r w:rsidR="00D32839">
        <w:rPr>
          <w:rFonts w:ascii="Times New Roman" w:hAnsi="Times New Roman" w:cs="Times New Roman"/>
          <w:b/>
          <w:sz w:val="28"/>
        </w:rPr>
        <w:t xml:space="preserve"> COMPETITION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1984"/>
        <w:gridCol w:w="1887"/>
      </w:tblGrid>
      <w:tr w:rsidR="008563FB" w:rsidRPr="00496C31" w14:paraId="4AFD0133" w14:textId="77777777" w:rsidTr="003843FB">
        <w:tc>
          <w:tcPr>
            <w:tcW w:w="2547" w:type="dxa"/>
            <w:shd w:val="clear" w:color="auto" w:fill="B2A1C7" w:themeFill="accent4" w:themeFillTint="99"/>
          </w:tcPr>
          <w:p w14:paraId="69262239" w14:textId="12AA3666" w:rsidR="008563FB" w:rsidRPr="00456E17" w:rsidRDefault="00456E17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Ingredients</w:t>
            </w:r>
          </w:p>
        </w:tc>
        <w:tc>
          <w:tcPr>
            <w:tcW w:w="2410" w:type="dxa"/>
            <w:shd w:val="clear" w:color="auto" w:fill="B2A1C7" w:themeFill="accent4" w:themeFillTint="99"/>
          </w:tcPr>
          <w:p w14:paraId="76FBC942" w14:textId="58F992A1" w:rsidR="008563FB" w:rsidRPr="00456E17" w:rsidRDefault="00456E17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984" w:type="dxa"/>
            <w:shd w:val="clear" w:color="auto" w:fill="B2A1C7" w:themeFill="accent4" w:themeFillTint="99"/>
          </w:tcPr>
          <w:p w14:paraId="3464E00A" w14:textId="77777777" w:rsidR="008563FB" w:rsidRPr="00456E17" w:rsidRDefault="004D6E1D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Measuring Unit</w:t>
            </w:r>
          </w:p>
        </w:tc>
        <w:tc>
          <w:tcPr>
            <w:tcW w:w="1887" w:type="dxa"/>
            <w:shd w:val="clear" w:color="auto" w:fill="B2A1C7" w:themeFill="accent4" w:themeFillTint="99"/>
          </w:tcPr>
          <w:p w14:paraId="1CF3AB3D" w14:textId="77777777" w:rsidR="008563FB" w:rsidRPr="00456E17" w:rsidRDefault="004D6E1D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</w:tr>
      <w:tr w:rsidR="00456E17" w:rsidRPr="00496C31" w14:paraId="74C8D7B6" w14:textId="77777777" w:rsidTr="00456E17">
        <w:tc>
          <w:tcPr>
            <w:tcW w:w="8828" w:type="dxa"/>
            <w:gridSpan w:val="4"/>
            <w:shd w:val="clear" w:color="auto" w:fill="FABF8F" w:themeFill="accent6" w:themeFillTint="99"/>
          </w:tcPr>
          <w:p w14:paraId="348BDDCD" w14:textId="5B19F6A0" w:rsidR="00456E17" w:rsidRPr="00456E17" w:rsidRDefault="00456E17" w:rsidP="00496C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i/>
                <w:sz w:val="24"/>
                <w:szCs w:val="24"/>
              </w:rPr>
              <w:t>PRODUCTS</w:t>
            </w:r>
          </w:p>
        </w:tc>
      </w:tr>
      <w:tr w:rsidR="00456E17" w:rsidRPr="00496C31" w14:paraId="5029D30A" w14:textId="77777777" w:rsidTr="003843FB">
        <w:trPr>
          <w:trHeight w:val="225"/>
        </w:trPr>
        <w:tc>
          <w:tcPr>
            <w:tcW w:w="2547" w:type="dxa"/>
          </w:tcPr>
          <w:p w14:paraId="580863F1" w14:textId="6778CAAF" w:rsidR="00456E17" w:rsidRPr="00FB4651" w:rsidRDefault="00456E17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Smoked Sprats in Oil</w:t>
            </w:r>
          </w:p>
        </w:tc>
        <w:tc>
          <w:tcPr>
            <w:tcW w:w="2410" w:type="dxa"/>
          </w:tcPr>
          <w:p w14:paraId="54EEF415" w14:textId="5A6135AE" w:rsidR="00456E17" w:rsidRPr="00FB4651" w:rsidRDefault="00456E17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16BA2B" w14:textId="2B7CB887" w:rsidR="00456E17" w:rsidRPr="00FB4651" w:rsidRDefault="002D7F86" w:rsidP="00FB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8F0FD14" w14:textId="77777777" w:rsidR="00456E17" w:rsidRPr="00FB4651" w:rsidRDefault="00456E17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4EB2346F" w14:textId="77777777" w:rsidTr="003843FB">
        <w:trPr>
          <w:trHeight w:val="295"/>
        </w:trPr>
        <w:tc>
          <w:tcPr>
            <w:tcW w:w="2547" w:type="dxa"/>
          </w:tcPr>
          <w:p w14:paraId="02E75F99" w14:textId="2AB67013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Rye b</w:t>
            </w: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read</w:t>
            </w:r>
          </w:p>
        </w:tc>
        <w:tc>
          <w:tcPr>
            <w:tcW w:w="2410" w:type="dxa"/>
          </w:tcPr>
          <w:p w14:paraId="014B117B" w14:textId="5E552B0D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EA4532" w14:textId="54ECB190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80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16D71C4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353F3B28" w14:textId="77777777" w:rsidTr="003843FB">
        <w:tc>
          <w:tcPr>
            <w:tcW w:w="2547" w:type="dxa"/>
          </w:tcPr>
          <w:p w14:paraId="169ECED2" w14:textId="6DF12391" w:rsidR="002D7F86" w:rsidRPr="00FB4651" w:rsidRDefault="002D7F86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</w:t>
            </w:r>
            <w:r w:rsidR="001E04C5">
              <w:rPr>
                <w:rFonts w:ascii="Times New Roman" w:hAnsi="Times New Roman" w:cs="Times New Roman"/>
                <w:sz w:val="24"/>
                <w:szCs w:val="24"/>
              </w:rPr>
              <w:t>eat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bread</w:t>
            </w:r>
          </w:p>
        </w:tc>
        <w:tc>
          <w:tcPr>
            <w:tcW w:w="2410" w:type="dxa"/>
          </w:tcPr>
          <w:p w14:paraId="65711013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82952D" w14:textId="1764B503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80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5A1A4E1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78D26439" w14:textId="77777777" w:rsidTr="003843FB">
        <w:tc>
          <w:tcPr>
            <w:tcW w:w="2547" w:type="dxa"/>
          </w:tcPr>
          <w:p w14:paraId="6F91FA53" w14:textId="6AFB9CEC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Turkey fillet</w:t>
            </w:r>
          </w:p>
        </w:tc>
        <w:tc>
          <w:tcPr>
            <w:tcW w:w="2410" w:type="dxa"/>
          </w:tcPr>
          <w:p w14:paraId="4E3D3E3C" w14:textId="04617F92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8955D9" w14:textId="0D80E373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80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15AF1557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2D41A884" w14:textId="77777777" w:rsidTr="003843FB">
        <w:trPr>
          <w:trHeight w:val="165"/>
        </w:trPr>
        <w:tc>
          <w:tcPr>
            <w:tcW w:w="2547" w:type="dxa"/>
          </w:tcPr>
          <w:p w14:paraId="3A5BD2B2" w14:textId="51BFED8A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Chicken fillet</w:t>
            </w:r>
          </w:p>
        </w:tc>
        <w:tc>
          <w:tcPr>
            <w:tcW w:w="2410" w:type="dxa"/>
          </w:tcPr>
          <w:p w14:paraId="6FAED765" w14:textId="2B67C275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8A2AA4" w14:textId="24A25E76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80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C928D40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E17" w:rsidRPr="00496C31" w14:paraId="6850C421" w14:textId="77777777" w:rsidTr="003843FB">
        <w:trPr>
          <w:trHeight w:val="96"/>
        </w:trPr>
        <w:tc>
          <w:tcPr>
            <w:tcW w:w="2547" w:type="dxa"/>
          </w:tcPr>
          <w:p w14:paraId="005C2A9E" w14:textId="4B089EE0" w:rsidR="00456E17" w:rsidRPr="00FB4651" w:rsidRDefault="00456E17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2410" w:type="dxa"/>
          </w:tcPr>
          <w:p w14:paraId="6ADB923D" w14:textId="1E0F4C2B" w:rsidR="00456E17" w:rsidRPr="00FB4651" w:rsidRDefault="00FB4651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L size (40g)</w:t>
            </w:r>
          </w:p>
        </w:tc>
        <w:tc>
          <w:tcPr>
            <w:tcW w:w="1984" w:type="dxa"/>
          </w:tcPr>
          <w:p w14:paraId="048619C3" w14:textId="6F23EFBB" w:rsidR="00456E17" w:rsidRPr="00FB4651" w:rsidRDefault="00FB4651" w:rsidP="00FB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pcs</w:t>
            </w:r>
          </w:p>
        </w:tc>
        <w:tc>
          <w:tcPr>
            <w:tcW w:w="1887" w:type="dxa"/>
          </w:tcPr>
          <w:p w14:paraId="27970969" w14:textId="77777777" w:rsidR="00456E17" w:rsidRPr="00FB4651" w:rsidRDefault="00456E17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E1D" w:rsidRPr="00496C31" w14:paraId="519B78CA" w14:textId="77777777" w:rsidTr="003843FB">
        <w:trPr>
          <w:trHeight w:val="96"/>
        </w:trPr>
        <w:tc>
          <w:tcPr>
            <w:tcW w:w="2547" w:type="dxa"/>
          </w:tcPr>
          <w:p w14:paraId="045F0107" w14:textId="6E93647B" w:rsidR="004D6E1D" w:rsidRPr="00FB4651" w:rsidRDefault="004D6E1D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Dark </w:t>
            </w:r>
            <w:r w:rsidRPr="00EE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chocolate</w:t>
            </w:r>
          </w:p>
        </w:tc>
        <w:tc>
          <w:tcPr>
            <w:tcW w:w="2410" w:type="dxa"/>
          </w:tcPr>
          <w:p w14:paraId="4BB72A5B" w14:textId="487D2382" w:rsidR="004D6E1D" w:rsidRPr="00FB4651" w:rsidRDefault="004D6E1D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Belcolade</w:t>
            </w:r>
            <w:proofErr w:type="spellEnd"/>
            <w:r w:rsidRPr="00EE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3C6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E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55 %</w:t>
            </w:r>
          </w:p>
        </w:tc>
        <w:tc>
          <w:tcPr>
            <w:tcW w:w="1984" w:type="dxa"/>
          </w:tcPr>
          <w:p w14:paraId="4CE0C378" w14:textId="65C05310" w:rsidR="004D6E1D" w:rsidRDefault="002D7F86" w:rsidP="00FB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65B7A756" w14:textId="77777777" w:rsidR="004D6E1D" w:rsidRPr="00FB4651" w:rsidRDefault="004D6E1D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E1D" w:rsidRPr="00496C31" w14:paraId="44EB064E" w14:textId="77777777" w:rsidTr="003843FB">
        <w:trPr>
          <w:trHeight w:val="96"/>
        </w:trPr>
        <w:tc>
          <w:tcPr>
            <w:tcW w:w="2547" w:type="dxa"/>
          </w:tcPr>
          <w:p w14:paraId="68F5FC76" w14:textId="3C8B53AC" w:rsidR="004D6E1D" w:rsidRPr="00FB4651" w:rsidRDefault="000438C2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Pearl barley</w:t>
            </w:r>
          </w:p>
        </w:tc>
        <w:tc>
          <w:tcPr>
            <w:tcW w:w="2410" w:type="dxa"/>
          </w:tcPr>
          <w:p w14:paraId="3FE31EBF" w14:textId="77777777" w:rsidR="004D6E1D" w:rsidRPr="00FB4651" w:rsidRDefault="004D6E1D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1F641A" w14:textId="4815C97F" w:rsidR="004D6E1D" w:rsidRDefault="000438C2" w:rsidP="00FB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A4FDD56" w14:textId="77777777" w:rsidR="004D6E1D" w:rsidRPr="00FB4651" w:rsidRDefault="004D6E1D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E17" w:rsidRPr="00496C31" w14:paraId="7E4DD342" w14:textId="77777777" w:rsidTr="00456E17">
        <w:tc>
          <w:tcPr>
            <w:tcW w:w="8828" w:type="dxa"/>
            <w:gridSpan w:val="4"/>
            <w:shd w:val="clear" w:color="auto" w:fill="FABF8F" w:themeFill="accent6" w:themeFillTint="99"/>
          </w:tcPr>
          <w:p w14:paraId="698DC1B9" w14:textId="59025AD2" w:rsidR="00456E17" w:rsidRPr="00FB4651" w:rsidRDefault="001D6374" w:rsidP="00456E1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FRESH </w:t>
            </w:r>
            <w:r w:rsidR="00456E17" w:rsidRPr="00FB4651">
              <w:rPr>
                <w:rFonts w:ascii="Times New Roman" w:hAnsi="Times New Roman" w:cs="Times New Roman"/>
                <w:i/>
                <w:sz w:val="24"/>
                <w:szCs w:val="24"/>
              </w:rPr>
              <w:t>VEGETABLES</w:t>
            </w:r>
          </w:p>
        </w:tc>
      </w:tr>
      <w:tr w:rsidR="00456E17" w:rsidRPr="00496C31" w14:paraId="78779623" w14:textId="77777777" w:rsidTr="003843FB">
        <w:tc>
          <w:tcPr>
            <w:tcW w:w="2547" w:type="dxa"/>
          </w:tcPr>
          <w:p w14:paraId="0AAE9140" w14:textId="2DDDF7BA" w:rsidR="00456E17" w:rsidRPr="00FB4651" w:rsidRDefault="00456E17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Potatoes</w:t>
            </w:r>
          </w:p>
        </w:tc>
        <w:tc>
          <w:tcPr>
            <w:tcW w:w="2410" w:type="dxa"/>
          </w:tcPr>
          <w:p w14:paraId="66070AE8" w14:textId="0D297E42" w:rsidR="00456E17" w:rsidRPr="00FB4651" w:rsidRDefault="00456E17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3A4B23" w14:textId="56EE5A46" w:rsidR="00456E17" w:rsidRPr="00FB4651" w:rsidRDefault="001E04C5" w:rsidP="00FB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D7F8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26143EC" w14:textId="77777777" w:rsidR="00456E17" w:rsidRPr="00FB4651" w:rsidRDefault="00456E17" w:rsidP="0045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7F535C96" w14:textId="77777777" w:rsidTr="003843FB">
        <w:tc>
          <w:tcPr>
            <w:tcW w:w="2547" w:type="dxa"/>
          </w:tcPr>
          <w:p w14:paraId="1EC7C204" w14:textId="3775704A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Carrots</w:t>
            </w:r>
          </w:p>
        </w:tc>
        <w:tc>
          <w:tcPr>
            <w:tcW w:w="2410" w:type="dxa"/>
          </w:tcPr>
          <w:p w14:paraId="706ACC52" w14:textId="0BDD5D9B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2D60D2" w14:textId="280F9A01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D9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03E83C06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075F2210" w14:textId="77777777" w:rsidTr="003843FB">
        <w:tc>
          <w:tcPr>
            <w:tcW w:w="2547" w:type="dxa"/>
          </w:tcPr>
          <w:p w14:paraId="3C13DF5A" w14:textId="2F6198EE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Onions</w:t>
            </w:r>
          </w:p>
        </w:tc>
        <w:tc>
          <w:tcPr>
            <w:tcW w:w="2410" w:type="dxa"/>
          </w:tcPr>
          <w:p w14:paraId="616C5915" w14:textId="465CBC8E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A26F38" w14:textId="3B1E8DCE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D9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36918319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442E48CC" w14:textId="77777777" w:rsidTr="003843FB">
        <w:tc>
          <w:tcPr>
            <w:tcW w:w="2547" w:type="dxa"/>
          </w:tcPr>
          <w:p w14:paraId="67AA7A54" w14:textId="4E34B854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Red Onions</w:t>
            </w:r>
          </w:p>
        </w:tc>
        <w:tc>
          <w:tcPr>
            <w:tcW w:w="2410" w:type="dxa"/>
          </w:tcPr>
          <w:p w14:paraId="1223E367" w14:textId="6EBA64BB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D795B4" w14:textId="2CF26B40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4FD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3A96BF1B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112FA481" w14:textId="77777777" w:rsidTr="003843FB">
        <w:tc>
          <w:tcPr>
            <w:tcW w:w="2547" w:type="dxa"/>
          </w:tcPr>
          <w:p w14:paraId="3EAB99B8" w14:textId="57904E7F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Garlic</w:t>
            </w:r>
          </w:p>
        </w:tc>
        <w:tc>
          <w:tcPr>
            <w:tcW w:w="2410" w:type="dxa"/>
          </w:tcPr>
          <w:p w14:paraId="5834F8FD" w14:textId="7FB74F45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340F740" w14:textId="5E9A5C4D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4FD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6E5A16F5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51" w:rsidRPr="00496C31" w14:paraId="339B4C5E" w14:textId="77777777" w:rsidTr="003843FB">
        <w:tc>
          <w:tcPr>
            <w:tcW w:w="2547" w:type="dxa"/>
          </w:tcPr>
          <w:p w14:paraId="6BC697D7" w14:textId="56205220" w:rsidR="00FB4651" w:rsidRPr="00FB4651" w:rsidRDefault="00FB4651" w:rsidP="00FB4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Beetroot</w:t>
            </w:r>
          </w:p>
        </w:tc>
        <w:tc>
          <w:tcPr>
            <w:tcW w:w="2410" w:type="dxa"/>
          </w:tcPr>
          <w:p w14:paraId="3CBC0F0A" w14:textId="3668F54A" w:rsidR="00FB4651" w:rsidRPr="00FB4651" w:rsidRDefault="00FB4651" w:rsidP="00FB46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99B6E5" w14:textId="126DAE46" w:rsidR="00FB4651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kg </w:t>
            </w:r>
          </w:p>
        </w:tc>
        <w:tc>
          <w:tcPr>
            <w:tcW w:w="1887" w:type="dxa"/>
          </w:tcPr>
          <w:p w14:paraId="450A34E0" w14:textId="77777777" w:rsidR="00FB4651" w:rsidRPr="00FB4651" w:rsidRDefault="00FB4651" w:rsidP="00FB46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4184C07A" w14:textId="77777777" w:rsidTr="003843FB">
        <w:tc>
          <w:tcPr>
            <w:tcW w:w="2547" w:type="dxa"/>
          </w:tcPr>
          <w:p w14:paraId="67CD8791" w14:textId="30FB765C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Cabbage</w:t>
            </w:r>
          </w:p>
        </w:tc>
        <w:tc>
          <w:tcPr>
            <w:tcW w:w="2410" w:type="dxa"/>
          </w:tcPr>
          <w:p w14:paraId="52D6A236" w14:textId="7396EF06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19D7F9" w14:textId="25CB956A" w:rsidR="002D7F86" w:rsidRPr="00FB4651" w:rsidRDefault="001E04C5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6D7F2393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7B90C729" w14:textId="77777777" w:rsidTr="003843FB">
        <w:tc>
          <w:tcPr>
            <w:tcW w:w="2547" w:type="dxa"/>
          </w:tcPr>
          <w:p w14:paraId="1CD8EEC0" w14:textId="39F86E01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Bell Peppers</w:t>
            </w:r>
          </w:p>
        </w:tc>
        <w:tc>
          <w:tcPr>
            <w:tcW w:w="2410" w:type="dxa"/>
          </w:tcPr>
          <w:p w14:paraId="494BFAD7" w14:textId="005C9C8A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E2E1B3" w14:textId="7E85C8D5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96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54F95077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6E834AF0" w14:textId="77777777" w:rsidTr="003843FB">
        <w:tc>
          <w:tcPr>
            <w:tcW w:w="2547" w:type="dxa"/>
          </w:tcPr>
          <w:p w14:paraId="7C35703E" w14:textId="0AA0FA41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Tomatoes</w:t>
            </w:r>
          </w:p>
        </w:tc>
        <w:tc>
          <w:tcPr>
            <w:tcW w:w="2410" w:type="dxa"/>
          </w:tcPr>
          <w:p w14:paraId="29200092" w14:textId="7BEE0836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C2B93B" w14:textId="776EEF57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96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0848DE42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3554B509" w14:textId="77777777" w:rsidTr="003843FB">
        <w:tc>
          <w:tcPr>
            <w:tcW w:w="2547" w:type="dxa"/>
          </w:tcPr>
          <w:p w14:paraId="3DDEC589" w14:textId="5CAD3394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Cucumbers</w:t>
            </w:r>
          </w:p>
        </w:tc>
        <w:tc>
          <w:tcPr>
            <w:tcW w:w="2410" w:type="dxa"/>
          </w:tcPr>
          <w:p w14:paraId="264CE56C" w14:textId="75BDF4A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0A331A" w14:textId="4C0B5F66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96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75576899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3C8AF643" w14:textId="77777777" w:rsidTr="003843FB">
        <w:tc>
          <w:tcPr>
            <w:tcW w:w="2547" w:type="dxa"/>
          </w:tcPr>
          <w:p w14:paraId="0DB1F310" w14:textId="7BA095CB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Zucchini</w:t>
            </w:r>
          </w:p>
        </w:tc>
        <w:tc>
          <w:tcPr>
            <w:tcW w:w="2410" w:type="dxa"/>
          </w:tcPr>
          <w:p w14:paraId="7EC669A7" w14:textId="135FAE9F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D01864" w14:textId="1B64A0CC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96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76447D61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67787D96" w14:textId="77777777" w:rsidTr="003843FB">
        <w:tc>
          <w:tcPr>
            <w:tcW w:w="2547" w:type="dxa"/>
          </w:tcPr>
          <w:p w14:paraId="3A164447" w14:textId="5A9F9590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Eggplant</w:t>
            </w:r>
          </w:p>
        </w:tc>
        <w:tc>
          <w:tcPr>
            <w:tcW w:w="2410" w:type="dxa"/>
          </w:tcPr>
          <w:p w14:paraId="03462CC4" w14:textId="58BAB84A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6300DEE" w14:textId="1673CC8A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96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6C933C2D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51E3AABC" w14:textId="77777777" w:rsidTr="003843FB">
        <w:trPr>
          <w:trHeight w:val="150"/>
        </w:trPr>
        <w:tc>
          <w:tcPr>
            <w:tcW w:w="2547" w:type="dxa"/>
          </w:tcPr>
          <w:p w14:paraId="74EADF04" w14:textId="2F0585ED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Broccoli</w:t>
            </w:r>
          </w:p>
        </w:tc>
        <w:tc>
          <w:tcPr>
            <w:tcW w:w="2410" w:type="dxa"/>
          </w:tcPr>
          <w:p w14:paraId="717A96BC" w14:textId="7B94D224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F594EC" w14:textId="40A6F383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96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165EE77F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6186DB3A" w14:textId="77777777" w:rsidTr="003843FB">
        <w:trPr>
          <w:trHeight w:val="111"/>
        </w:trPr>
        <w:tc>
          <w:tcPr>
            <w:tcW w:w="2547" w:type="dxa"/>
          </w:tcPr>
          <w:p w14:paraId="7B16D155" w14:textId="01EFA2F4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Cauliflower</w:t>
            </w:r>
          </w:p>
        </w:tc>
        <w:tc>
          <w:tcPr>
            <w:tcW w:w="2410" w:type="dxa"/>
          </w:tcPr>
          <w:p w14:paraId="35699A46" w14:textId="174EB2BB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F503497" w14:textId="191DCDD8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96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32FE516F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E17" w:rsidRPr="00496C31" w14:paraId="748213B5" w14:textId="77777777" w:rsidTr="00456E17">
        <w:tc>
          <w:tcPr>
            <w:tcW w:w="8828" w:type="dxa"/>
            <w:gridSpan w:val="4"/>
            <w:shd w:val="clear" w:color="auto" w:fill="FABF8F" w:themeFill="accent6" w:themeFillTint="99"/>
            <w:vAlign w:val="center"/>
          </w:tcPr>
          <w:p w14:paraId="018F60D2" w14:textId="6FD48E96" w:rsidR="00456E17" w:rsidRPr="00FB4651" w:rsidRDefault="00456E17" w:rsidP="00456E1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i/>
                <w:sz w:val="24"/>
                <w:szCs w:val="24"/>
              </w:rPr>
              <w:t>HERBS</w:t>
            </w:r>
          </w:p>
        </w:tc>
      </w:tr>
      <w:tr w:rsidR="002D7F86" w:rsidRPr="00496C31" w14:paraId="41D3EABD" w14:textId="77777777" w:rsidTr="00EB672E">
        <w:tc>
          <w:tcPr>
            <w:tcW w:w="2547" w:type="dxa"/>
          </w:tcPr>
          <w:p w14:paraId="3D3AEDAB" w14:textId="51701449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Dill</w:t>
            </w:r>
          </w:p>
        </w:tc>
        <w:tc>
          <w:tcPr>
            <w:tcW w:w="2410" w:type="dxa"/>
          </w:tcPr>
          <w:p w14:paraId="18BC7B6F" w14:textId="41E9860D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11D821A7" w14:textId="1517BECC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5CB">
              <w:t>g</w:t>
            </w:r>
          </w:p>
        </w:tc>
        <w:tc>
          <w:tcPr>
            <w:tcW w:w="1887" w:type="dxa"/>
          </w:tcPr>
          <w:p w14:paraId="2B8FAC5B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1836E49F" w14:textId="77777777" w:rsidTr="00EB672E">
        <w:tc>
          <w:tcPr>
            <w:tcW w:w="2547" w:type="dxa"/>
          </w:tcPr>
          <w:p w14:paraId="79E119AA" w14:textId="3BD23F80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Parsley</w:t>
            </w:r>
          </w:p>
        </w:tc>
        <w:tc>
          <w:tcPr>
            <w:tcW w:w="2410" w:type="dxa"/>
          </w:tcPr>
          <w:p w14:paraId="4BA29A20" w14:textId="2536209C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37FF91C5" w14:textId="4AFF50FB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5CB">
              <w:t>g</w:t>
            </w:r>
          </w:p>
        </w:tc>
        <w:tc>
          <w:tcPr>
            <w:tcW w:w="1887" w:type="dxa"/>
          </w:tcPr>
          <w:p w14:paraId="62880BBB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537DFD03" w14:textId="77777777" w:rsidTr="00EB672E">
        <w:tc>
          <w:tcPr>
            <w:tcW w:w="2547" w:type="dxa"/>
          </w:tcPr>
          <w:p w14:paraId="0CED5984" w14:textId="69DF21A1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Chives</w:t>
            </w:r>
          </w:p>
        </w:tc>
        <w:tc>
          <w:tcPr>
            <w:tcW w:w="2410" w:type="dxa"/>
          </w:tcPr>
          <w:p w14:paraId="088FE7CF" w14:textId="64E89F48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13BCB549" w14:textId="3FD281DA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5CB">
              <w:t>g</w:t>
            </w:r>
          </w:p>
        </w:tc>
        <w:tc>
          <w:tcPr>
            <w:tcW w:w="1887" w:type="dxa"/>
          </w:tcPr>
          <w:p w14:paraId="49837721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0AFD8114" w14:textId="77777777" w:rsidTr="00EB672E">
        <w:trPr>
          <w:trHeight w:val="165"/>
        </w:trPr>
        <w:tc>
          <w:tcPr>
            <w:tcW w:w="2547" w:type="dxa"/>
          </w:tcPr>
          <w:p w14:paraId="4D8E5DF0" w14:textId="019E839A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Mint</w:t>
            </w:r>
          </w:p>
        </w:tc>
        <w:tc>
          <w:tcPr>
            <w:tcW w:w="2410" w:type="dxa"/>
          </w:tcPr>
          <w:p w14:paraId="69B6984D" w14:textId="7C952AF9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1CFDB331" w14:textId="09CC6BC7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5CB">
              <w:t>g</w:t>
            </w:r>
          </w:p>
        </w:tc>
        <w:tc>
          <w:tcPr>
            <w:tcW w:w="1887" w:type="dxa"/>
          </w:tcPr>
          <w:p w14:paraId="4BD023E2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5CA2ED8E" w14:textId="77777777" w:rsidTr="00EB672E">
        <w:trPr>
          <w:trHeight w:val="105"/>
        </w:trPr>
        <w:tc>
          <w:tcPr>
            <w:tcW w:w="2547" w:type="dxa"/>
          </w:tcPr>
          <w:p w14:paraId="17F84674" w14:textId="392B6936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Micro greens</w:t>
            </w:r>
          </w:p>
        </w:tc>
        <w:tc>
          <w:tcPr>
            <w:tcW w:w="2410" w:type="dxa"/>
          </w:tcPr>
          <w:p w14:paraId="2AB39B38" w14:textId="12C11E5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47568D55" w14:textId="024F7422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5CB">
              <w:t>g</w:t>
            </w:r>
          </w:p>
        </w:tc>
        <w:tc>
          <w:tcPr>
            <w:tcW w:w="1887" w:type="dxa"/>
          </w:tcPr>
          <w:p w14:paraId="5E78D57C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51" w:rsidRPr="00496C31" w14:paraId="30EDE57A" w14:textId="77777777" w:rsidTr="00456E17">
        <w:tc>
          <w:tcPr>
            <w:tcW w:w="8828" w:type="dxa"/>
            <w:gridSpan w:val="4"/>
            <w:shd w:val="clear" w:color="auto" w:fill="FABF8F" w:themeFill="accent6" w:themeFillTint="99"/>
          </w:tcPr>
          <w:p w14:paraId="438A6FC0" w14:textId="312FDE28" w:rsidR="00FB4651" w:rsidRPr="00FB4651" w:rsidRDefault="00FB4651" w:rsidP="00FB46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i/>
                <w:sz w:val="24"/>
                <w:szCs w:val="24"/>
              </w:rPr>
              <w:t>SPICES</w:t>
            </w:r>
          </w:p>
        </w:tc>
      </w:tr>
      <w:tr w:rsidR="002D7F86" w:rsidRPr="00496C31" w14:paraId="2389921E" w14:textId="77777777" w:rsidTr="003843FB">
        <w:tc>
          <w:tcPr>
            <w:tcW w:w="2547" w:type="dxa"/>
          </w:tcPr>
          <w:p w14:paraId="31895329" w14:textId="6B30039F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Black Pepper</w:t>
            </w:r>
          </w:p>
        </w:tc>
        <w:tc>
          <w:tcPr>
            <w:tcW w:w="2410" w:type="dxa"/>
          </w:tcPr>
          <w:p w14:paraId="7C481D90" w14:textId="5D7B3B40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A31D10" w14:textId="57D8DE69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0D9EE37B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2BD0B4CC" w14:textId="77777777" w:rsidTr="003843FB">
        <w:tc>
          <w:tcPr>
            <w:tcW w:w="2547" w:type="dxa"/>
          </w:tcPr>
          <w:p w14:paraId="6FB757B8" w14:textId="2C07D370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White Pepper</w:t>
            </w:r>
          </w:p>
        </w:tc>
        <w:tc>
          <w:tcPr>
            <w:tcW w:w="2410" w:type="dxa"/>
          </w:tcPr>
          <w:p w14:paraId="67AD3157" w14:textId="5B9CE435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4ACE6A" w14:textId="35D93DB5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22DDA35C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4487C813" w14:textId="77777777" w:rsidTr="003843FB">
        <w:tc>
          <w:tcPr>
            <w:tcW w:w="2547" w:type="dxa"/>
          </w:tcPr>
          <w:p w14:paraId="00B4CEAE" w14:textId="1DB4E858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Paprika</w:t>
            </w:r>
            <w:r w:rsidR="001E04C5">
              <w:rPr>
                <w:rFonts w:ascii="Times New Roman" w:hAnsi="Times New Roman" w:cs="Times New Roman"/>
                <w:sz w:val="24"/>
                <w:szCs w:val="24"/>
              </w:rPr>
              <w:t xml:space="preserve"> powder</w:t>
            </w:r>
          </w:p>
        </w:tc>
        <w:tc>
          <w:tcPr>
            <w:tcW w:w="2410" w:type="dxa"/>
          </w:tcPr>
          <w:p w14:paraId="33699126" w14:textId="4B3380FF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F23186" w14:textId="6A21213E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2D62DB67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3A832E51" w14:textId="77777777" w:rsidTr="003843FB">
        <w:tc>
          <w:tcPr>
            <w:tcW w:w="2547" w:type="dxa"/>
          </w:tcPr>
          <w:p w14:paraId="28134996" w14:textId="1F726203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Cumin</w:t>
            </w:r>
          </w:p>
        </w:tc>
        <w:tc>
          <w:tcPr>
            <w:tcW w:w="2410" w:type="dxa"/>
          </w:tcPr>
          <w:p w14:paraId="06FABA51" w14:textId="6ABB39EB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CA5917" w14:textId="14053539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7CC8B2E0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79C03951" w14:textId="77777777" w:rsidTr="003843FB">
        <w:tc>
          <w:tcPr>
            <w:tcW w:w="2547" w:type="dxa"/>
          </w:tcPr>
          <w:p w14:paraId="5594A57A" w14:textId="0226D4A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Coriander</w:t>
            </w:r>
          </w:p>
        </w:tc>
        <w:tc>
          <w:tcPr>
            <w:tcW w:w="2410" w:type="dxa"/>
          </w:tcPr>
          <w:p w14:paraId="429D212C" w14:textId="2BA9CF34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0E6562" w14:textId="26D77C30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4054369F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4DB3E5CF" w14:textId="77777777" w:rsidTr="003843FB">
        <w:tc>
          <w:tcPr>
            <w:tcW w:w="2547" w:type="dxa"/>
          </w:tcPr>
          <w:p w14:paraId="5E63C42C" w14:textId="26B8A9B1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Turmeric</w:t>
            </w:r>
          </w:p>
        </w:tc>
        <w:tc>
          <w:tcPr>
            <w:tcW w:w="2410" w:type="dxa"/>
          </w:tcPr>
          <w:p w14:paraId="3469AD9E" w14:textId="2C7EC7C5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3653E0" w14:textId="33C404EC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203C8B2C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217E711A" w14:textId="77777777" w:rsidTr="003843FB">
        <w:tc>
          <w:tcPr>
            <w:tcW w:w="2547" w:type="dxa"/>
          </w:tcPr>
          <w:p w14:paraId="09841357" w14:textId="1552A66D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Curry Powder</w:t>
            </w:r>
          </w:p>
        </w:tc>
        <w:tc>
          <w:tcPr>
            <w:tcW w:w="2410" w:type="dxa"/>
          </w:tcPr>
          <w:p w14:paraId="2AE69B9E" w14:textId="16C2AE28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BECB9EA" w14:textId="01FD9027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73A524B7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5F7615D8" w14:textId="77777777" w:rsidTr="003843FB">
        <w:tc>
          <w:tcPr>
            <w:tcW w:w="2547" w:type="dxa"/>
          </w:tcPr>
          <w:p w14:paraId="0AC5A639" w14:textId="1EC753C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Bay Leaves</w:t>
            </w:r>
          </w:p>
        </w:tc>
        <w:tc>
          <w:tcPr>
            <w:tcW w:w="2410" w:type="dxa"/>
          </w:tcPr>
          <w:p w14:paraId="5B869FE3" w14:textId="459FE2FD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6B0B6BB" w14:textId="778FE768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545F1A05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78B7AACF" w14:textId="77777777" w:rsidTr="003843FB">
        <w:tc>
          <w:tcPr>
            <w:tcW w:w="2547" w:type="dxa"/>
          </w:tcPr>
          <w:p w14:paraId="5030EC1D" w14:textId="77621295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Cinnamon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powder</w:t>
            </w:r>
          </w:p>
        </w:tc>
        <w:tc>
          <w:tcPr>
            <w:tcW w:w="2410" w:type="dxa"/>
          </w:tcPr>
          <w:p w14:paraId="7FDEFCE8" w14:textId="21D3CF11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995176" w14:textId="66AD664F" w:rsidR="002D7F86" w:rsidRPr="00FB4651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171">
              <w:t>g</w:t>
            </w:r>
          </w:p>
        </w:tc>
        <w:tc>
          <w:tcPr>
            <w:tcW w:w="1887" w:type="dxa"/>
          </w:tcPr>
          <w:p w14:paraId="1CD6D50A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0D4432A6" w14:textId="77777777" w:rsidTr="003843FB">
        <w:tc>
          <w:tcPr>
            <w:tcW w:w="2547" w:type="dxa"/>
          </w:tcPr>
          <w:p w14:paraId="2C439C06" w14:textId="4DE79CD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Sugar</w:t>
            </w:r>
          </w:p>
        </w:tc>
        <w:tc>
          <w:tcPr>
            <w:tcW w:w="2410" w:type="dxa"/>
          </w:tcPr>
          <w:p w14:paraId="38C54F8C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897EA3" w14:textId="5B670A23" w:rsidR="002D7F86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1AB">
              <w:t>g</w:t>
            </w:r>
          </w:p>
        </w:tc>
        <w:tc>
          <w:tcPr>
            <w:tcW w:w="1887" w:type="dxa"/>
          </w:tcPr>
          <w:p w14:paraId="29CBDF59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342FD065" w14:textId="77777777" w:rsidTr="003843FB">
        <w:tc>
          <w:tcPr>
            <w:tcW w:w="2547" w:type="dxa"/>
          </w:tcPr>
          <w:p w14:paraId="0C57D191" w14:textId="2D488460" w:rsidR="002D7F86" w:rsidRPr="00FB4651" w:rsidRDefault="001E04C5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Coarse </w:t>
            </w:r>
            <w:r w:rsidR="002D7F86" w:rsidRPr="00907CB8">
              <w:rPr>
                <w:rFonts w:ascii="Times New Roman" w:hAnsi="Times New Roman" w:cs="Times New Roman"/>
                <w:sz w:val="24"/>
                <w:szCs w:val="24"/>
              </w:rPr>
              <w:t>salt</w:t>
            </w:r>
          </w:p>
        </w:tc>
        <w:tc>
          <w:tcPr>
            <w:tcW w:w="2410" w:type="dxa"/>
          </w:tcPr>
          <w:p w14:paraId="200F5130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AA6A0B" w14:textId="1AFCDA7A" w:rsidR="002D7F86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1AB">
              <w:t>g</w:t>
            </w:r>
          </w:p>
        </w:tc>
        <w:tc>
          <w:tcPr>
            <w:tcW w:w="1887" w:type="dxa"/>
          </w:tcPr>
          <w:p w14:paraId="52B2E609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00605C83" w14:textId="77777777" w:rsidTr="003843FB">
        <w:tc>
          <w:tcPr>
            <w:tcW w:w="2547" w:type="dxa"/>
          </w:tcPr>
          <w:p w14:paraId="6DC5A75D" w14:textId="27ED8D8C" w:rsidR="002D7F86" w:rsidRPr="00907CB8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Thyme</w:t>
            </w:r>
          </w:p>
        </w:tc>
        <w:tc>
          <w:tcPr>
            <w:tcW w:w="2410" w:type="dxa"/>
          </w:tcPr>
          <w:p w14:paraId="52B29225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9D7CEB" w14:textId="7156342A" w:rsidR="002D7F86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1AB">
              <w:t>g</w:t>
            </w:r>
          </w:p>
        </w:tc>
        <w:tc>
          <w:tcPr>
            <w:tcW w:w="1887" w:type="dxa"/>
          </w:tcPr>
          <w:p w14:paraId="5FCE174A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7D300D77" w14:textId="77777777" w:rsidTr="003843FB">
        <w:tc>
          <w:tcPr>
            <w:tcW w:w="2547" w:type="dxa"/>
          </w:tcPr>
          <w:p w14:paraId="3A862C37" w14:textId="09D37ED5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Rosemary</w:t>
            </w:r>
          </w:p>
        </w:tc>
        <w:tc>
          <w:tcPr>
            <w:tcW w:w="2410" w:type="dxa"/>
          </w:tcPr>
          <w:p w14:paraId="485B0D73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1FDBF4" w14:textId="131C11CB" w:rsidR="002D7F86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1AB">
              <w:t>g</w:t>
            </w:r>
          </w:p>
        </w:tc>
        <w:tc>
          <w:tcPr>
            <w:tcW w:w="1887" w:type="dxa"/>
          </w:tcPr>
          <w:p w14:paraId="2945FE0D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F86" w:rsidRPr="00496C31" w14:paraId="2B8AC333" w14:textId="77777777" w:rsidTr="003843FB">
        <w:tc>
          <w:tcPr>
            <w:tcW w:w="2547" w:type="dxa"/>
          </w:tcPr>
          <w:p w14:paraId="0BFA4B6C" w14:textId="056F3BE5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Basil</w:t>
            </w:r>
          </w:p>
        </w:tc>
        <w:tc>
          <w:tcPr>
            <w:tcW w:w="2410" w:type="dxa"/>
          </w:tcPr>
          <w:p w14:paraId="1C2C3319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B0F6C9" w14:textId="36E346D4" w:rsidR="002D7F86" w:rsidRDefault="002D7F86" w:rsidP="002D7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1AB">
              <w:t>g</w:t>
            </w:r>
          </w:p>
        </w:tc>
        <w:tc>
          <w:tcPr>
            <w:tcW w:w="1887" w:type="dxa"/>
          </w:tcPr>
          <w:p w14:paraId="2DF85968" w14:textId="77777777" w:rsidR="002D7F86" w:rsidRPr="00FB4651" w:rsidRDefault="002D7F86" w:rsidP="002D7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6B7223C7" w14:textId="77777777" w:rsidTr="00FB4651">
        <w:tc>
          <w:tcPr>
            <w:tcW w:w="8828" w:type="dxa"/>
            <w:gridSpan w:val="4"/>
            <w:shd w:val="clear" w:color="auto" w:fill="FABF8F" w:themeFill="accent6" w:themeFillTint="99"/>
          </w:tcPr>
          <w:p w14:paraId="02F0D042" w14:textId="59203103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i/>
                <w:sz w:val="24"/>
                <w:szCs w:val="24"/>
              </w:rPr>
              <w:t>FRUITS</w:t>
            </w:r>
          </w:p>
        </w:tc>
      </w:tr>
      <w:tr w:rsidR="001D6374" w:rsidRPr="00496C31" w14:paraId="08CD0B4F" w14:textId="77777777" w:rsidTr="003843FB">
        <w:tc>
          <w:tcPr>
            <w:tcW w:w="2547" w:type="dxa"/>
          </w:tcPr>
          <w:p w14:paraId="14D38528" w14:textId="4DC4C4CD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Apples</w:t>
            </w:r>
          </w:p>
        </w:tc>
        <w:tc>
          <w:tcPr>
            <w:tcW w:w="2410" w:type="dxa"/>
          </w:tcPr>
          <w:p w14:paraId="11A7FD51" w14:textId="642C688E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ADBF39" w14:textId="4EB7B2C2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5E0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488DF3C1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21C262F5" w14:textId="77777777" w:rsidTr="003843FB">
        <w:tc>
          <w:tcPr>
            <w:tcW w:w="2547" w:type="dxa"/>
          </w:tcPr>
          <w:p w14:paraId="3D378128" w14:textId="10BEC172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Pears</w:t>
            </w:r>
          </w:p>
        </w:tc>
        <w:tc>
          <w:tcPr>
            <w:tcW w:w="2410" w:type="dxa"/>
          </w:tcPr>
          <w:p w14:paraId="1562C2DC" w14:textId="16B3F20B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A37E9" w14:textId="78519C02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5E0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369F8BC9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5A8270B9" w14:textId="77777777" w:rsidTr="003843FB">
        <w:tc>
          <w:tcPr>
            <w:tcW w:w="2547" w:type="dxa"/>
          </w:tcPr>
          <w:p w14:paraId="395B08AD" w14:textId="010FE525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Lemons</w:t>
            </w:r>
          </w:p>
        </w:tc>
        <w:tc>
          <w:tcPr>
            <w:tcW w:w="2410" w:type="dxa"/>
          </w:tcPr>
          <w:p w14:paraId="7468AD1C" w14:textId="10595D66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C60A53" w14:textId="6DDAE944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5E0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3E86F56F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46570A29" w14:textId="77777777" w:rsidTr="003843FB">
        <w:tc>
          <w:tcPr>
            <w:tcW w:w="2547" w:type="dxa"/>
          </w:tcPr>
          <w:p w14:paraId="592B5B66" w14:textId="59D66ECB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Limes</w:t>
            </w:r>
          </w:p>
        </w:tc>
        <w:tc>
          <w:tcPr>
            <w:tcW w:w="2410" w:type="dxa"/>
          </w:tcPr>
          <w:p w14:paraId="6F5E2AFF" w14:textId="4F60DDE2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A47BC4" w14:textId="0233CF51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5E0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632CBCE2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3AC5485A" w14:textId="77777777" w:rsidTr="003843FB">
        <w:tc>
          <w:tcPr>
            <w:tcW w:w="2547" w:type="dxa"/>
          </w:tcPr>
          <w:p w14:paraId="142D9B7E" w14:textId="12653DFD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Oranges</w:t>
            </w:r>
          </w:p>
        </w:tc>
        <w:tc>
          <w:tcPr>
            <w:tcW w:w="2410" w:type="dxa"/>
          </w:tcPr>
          <w:p w14:paraId="34B2E706" w14:textId="522CFA0C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559823" w14:textId="2A4BC1FE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44BA5114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22CF8732" w14:textId="77777777" w:rsidTr="00FB4651">
        <w:tc>
          <w:tcPr>
            <w:tcW w:w="8828" w:type="dxa"/>
            <w:gridSpan w:val="4"/>
            <w:shd w:val="clear" w:color="auto" w:fill="FABF8F" w:themeFill="accent6" w:themeFillTint="99"/>
          </w:tcPr>
          <w:p w14:paraId="1A50A4D0" w14:textId="7695F3AF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i/>
                <w:sz w:val="24"/>
                <w:szCs w:val="24"/>
              </w:rPr>
              <w:t>DAIRY PRODUCTS</w:t>
            </w:r>
          </w:p>
        </w:tc>
      </w:tr>
      <w:tr w:rsidR="001D6374" w:rsidRPr="00496C31" w14:paraId="3E251B18" w14:textId="77777777" w:rsidTr="003843FB">
        <w:tc>
          <w:tcPr>
            <w:tcW w:w="2547" w:type="dxa"/>
          </w:tcPr>
          <w:p w14:paraId="0E825585" w14:textId="0527F831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 xml:space="preserve">Butter </w:t>
            </w:r>
          </w:p>
        </w:tc>
        <w:tc>
          <w:tcPr>
            <w:tcW w:w="2410" w:type="dxa"/>
          </w:tcPr>
          <w:p w14:paraId="39178651" w14:textId="6969127E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82% fat</w:t>
            </w:r>
          </w:p>
        </w:tc>
        <w:tc>
          <w:tcPr>
            <w:tcW w:w="1984" w:type="dxa"/>
          </w:tcPr>
          <w:p w14:paraId="56889157" w14:textId="581CDC55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03C8E1F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32D07E97" w14:textId="77777777" w:rsidTr="003843FB">
        <w:tc>
          <w:tcPr>
            <w:tcW w:w="2547" w:type="dxa"/>
          </w:tcPr>
          <w:p w14:paraId="308D4DC6" w14:textId="17198A8C" w:rsidR="001D6374" w:rsidRPr="00FB4651" w:rsidRDefault="001D6374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Cream Gold</w:t>
            </w:r>
            <w:r w:rsidR="002D7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37ED678B" w14:textId="1D0CD05D" w:rsidR="001D6374" w:rsidRPr="00FB4651" w:rsidRDefault="002D7F86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33,5 – 34 % fat</w:t>
            </w:r>
            <w:r w:rsidR="001E0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E04C5" w:rsidRPr="00655293">
              <w:rPr>
                <w:rFonts w:ascii="Times New Roman" w:hAnsi="Times New Roman" w:cs="Times New Roman"/>
                <w:sz w:val="24"/>
                <w:szCs w:val="24"/>
              </w:rPr>
              <w:t>a mixture of dairy products, vegetable fats and milk fat</w:t>
            </w:r>
          </w:p>
        </w:tc>
        <w:tc>
          <w:tcPr>
            <w:tcW w:w="1984" w:type="dxa"/>
          </w:tcPr>
          <w:p w14:paraId="29AA0555" w14:textId="05CAEF6E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7A9B4C71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779E1FBA" w14:textId="77777777" w:rsidTr="003843FB">
        <w:tc>
          <w:tcPr>
            <w:tcW w:w="2547" w:type="dxa"/>
          </w:tcPr>
          <w:p w14:paraId="0395444C" w14:textId="0D8936A5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 xml:space="preserve">Sour Cream </w:t>
            </w:r>
          </w:p>
        </w:tc>
        <w:tc>
          <w:tcPr>
            <w:tcW w:w="2410" w:type="dxa"/>
          </w:tcPr>
          <w:p w14:paraId="1069B822" w14:textId="640219F4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25% fat</w:t>
            </w:r>
          </w:p>
        </w:tc>
        <w:tc>
          <w:tcPr>
            <w:tcW w:w="1984" w:type="dxa"/>
          </w:tcPr>
          <w:p w14:paraId="42C99D62" w14:textId="432E0905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BA798CF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3B5D92D1" w14:textId="77777777" w:rsidTr="003843FB">
        <w:tc>
          <w:tcPr>
            <w:tcW w:w="2547" w:type="dxa"/>
          </w:tcPr>
          <w:p w14:paraId="08341D4E" w14:textId="64C3AB11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Mozzarella Cheese</w:t>
            </w:r>
          </w:p>
        </w:tc>
        <w:tc>
          <w:tcPr>
            <w:tcW w:w="2410" w:type="dxa"/>
          </w:tcPr>
          <w:p w14:paraId="52550131" w14:textId="00839A41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1B960F" w14:textId="037B2332" w:rsidR="001D6374" w:rsidRPr="00FB4651" w:rsidRDefault="002D7F86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17588E73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44475C3F" w14:textId="77777777" w:rsidTr="003843FB">
        <w:trPr>
          <w:trHeight w:val="135"/>
        </w:trPr>
        <w:tc>
          <w:tcPr>
            <w:tcW w:w="2547" w:type="dxa"/>
          </w:tcPr>
          <w:p w14:paraId="0FD628E1" w14:textId="4186986C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Cheddar Cheese</w:t>
            </w:r>
          </w:p>
        </w:tc>
        <w:tc>
          <w:tcPr>
            <w:tcW w:w="2410" w:type="dxa"/>
          </w:tcPr>
          <w:p w14:paraId="25EB081F" w14:textId="53C15D18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4A35292" w14:textId="73A151B9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8A3858D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448AAAE1" w14:textId="77777777" w:rsidTr="003843FB">
        <w:trPr>
          <w:trHeight w:val="111"/>
        </w:trPr>
        <w:tc>
          <w:tcPr>
            <w:tcW w:w="2547" w:type="dxa"/>
          </w:tcPr>
          <w:p w14:paraId="1E19053C" w14:textId="6A022D43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 xml:space="preserve">Sweet cream </w:t>
            </w:r>
          </w:p>
        </w:tc>
        <w:tc>
          <w:tcPr>
            <w:tcW w:w="2410" w:type="dxa"/>
          </w:tcPr>
          <w:p w14:paraId="40EA9574" w14:textId="221E5893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  <w:r w:rsidR="002D7F86">
              <w:rPr>
                <w:rFonts w:ascii="Times New Roman" w:hAnsi="Times New Roman" w:cs="Times New Roman"/>
                <w:sz w:val="24"/>
                <w:szCs w:val="24"/>
              </w:rPr>
              <w:t xml:space="preserve">  fat</w:t>
            </w:r>
          </w:p>
        </w:tc>
        <w:tc>
          <w:tcPr>
            <w:tcW w:w="1984" w:type="dxa"/>
          </w:tcPr>
          <w:p w14:paraId="02746800" w14:textId="1793D586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46C667D8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374" w:rsidRPr="00496C31" w14:paraId="06A3D07A" w14:textId="77777777" w:rsidTr="003843FB">
        <w:trPr>
          <w:trHeight w:val="150"/>
        </w:trPr>
        <w:tc>
          <w:tcPr>
            <w:tcW w:w="2547" w:type="dxa"/>
          </w:tcPr>
          <w:p w14:paraId="2EAFC5E0" w14:textId="5028D40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 xml:space="preserve">Milk </w:t>
            </w:r>
          </w:p>
        </w:tc>
        <w:tc>
          <w:tcPr>
            <w:tcW w:w="2410" w:type="dxa"/>
          </w:tcPr>
          <w:p w14:paraId="2846FC24" w14:textId="19E608F0" w:rsidR="001D6374" w:rsidRPr="00FB4651" w:rsidRDefault="001D6374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 xml:space="preserve">2,5 % </w:t>
            </w:r>
            <w:r w:rsidR="003C6F1A">
              <w:rPr>
                <w:rFonts w:ascii="Times New Roman" w:hAnsi="Times New Roman" w:cs="Times New Roman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4643BBC8" w14:textId="24E7C897" w:rsidR="001D6374" w:rsidRPr="00FB4651" w:rsidRDefault="001D6374" w:rsidP="001D6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2F87C52B" w14:textId="77777777" w:rsidR="001D6374" w:rsidRPr="00FB4651" w:rsidRDefault="001D6374" w:rsidP="001D6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67ADC994" w14:textId="77777777" w:rsidTr="003843FB">
        <w:trPr>
          <w:trHeight w:val="150"/>
        </w:trPr>
        <w:tc>
          <w:tcPr>
            <w:tcW w:w="2547" w:type="dxa"/>
          </w:tcPr>
          <w:p w14:paraId="6D3267AA" w14:textId="7C81C5AB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 xml:space="preserve">Milk </w:t>
            </w:r>
          </w:p>
        </w:tc>
        <w:tc>
          <w:tcPr>
            <w:tcW w:w="2410" w:type="dxa"/>
          </w:tcPr>
          <w:p w14:paraId="41BFE329" w14:textId="1E100C08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3,2 % fat</w:t>
            </w:r>
          </w:p>
        </w:tc>
        <w:tc>
          <w:tcPr>
            <w:tcW w:w="1984" w:type="dxa"/>
          </w:tcPr>
          <w:p w14:paraId="797A8637" w14:textId="3EEE3235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6C7BE284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4A1ACFC2" w14:textId="77777777" w:rsidTr="00FB4651">
        <w:tc>
          <w:tcPr>
            <w:tcW w:w="8828" w:type="dxa"/>
            <w:gridSpan w:val="4"/>
            <w:shd w:val="clear" w:color="auto" w:fill="FABF8F" w:themeFill="accent6" w:themeFillTint="99"/>
          </w:tcPr>
          <w:p w14:paraId="2FD99AF7" w14:textId="20B0BF87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i/>
                <w:sz w:val="24"/>
                <w:szCs w:val="24"/>
              </w:rPr>
              <w:t>OILS &amp; CONDIMENTS</w:t>
            </w:r>
          </w:p>
        </w:tc>
      </w:tr>
      <w:tr w:rsidR="001E04C5" w:rsidRPr="00496C31" w14:paraId="483862B9" w14:textId="77777777" w:rsidTr="003843FB">
        <w:tc>
          <w:tcPr>
            <w:tcW w:w="2547" w:type="dxa"/>
          </w:tcPr>
          <w:p w14:paraId="01A11564" w14:textId="7158FDA2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Sunflower Oil</w:t>
            </w:r>
          </w:p>
        </w:tc>
        <w:tc>
          <w:tcPr>
            <w:tcW w:w="2410" w:type="dxa"/>
          </w:tcPr>
          <w:p w14:paraId="1BBE5946" w14:textId="0B41AB65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Refined</w:t>
            </w:r>
          </w:p>
        </w:tc>
        <w:tc>
          <w:tcPr>
            <w:tcW w:w="1984" w:type="dxa"/>
          </w:tcPr>
          <w:p w14:paraId="707391E4" w14:textId="47B06ECA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1CB0DDC4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30B2EE0A" w14:textId="77777777" w:rsidTr="003843FB">
        <w:tc>
          <w:tcPr>
            <w:tcW w:w="2547" w:type="dxa"/>
          </w:tcPr>
          <w:p w14:paraId="363027BA" w14:textId="3F1BCC6F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 xml:space="preserve">Olive Oil </w:t>
            </w:r>
          </w:p>
        </w:tc>
        <w:tc>
          <w:tcPr>
            <w:tcW w:w="2410" w:type="dxa"/>
          </w:tcPr>
          <w:p w14:paraId="7070E036" w14:textId="287E8C40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Extra Virgin</w:t>
            </w:r>
          </w:p>
        </w:tc>
        <w:tc>
          <w:tcPr>
            <w:tcW w:w="1984" w:type="dxa"/>
          </w:tcPr>
          <w:p w14:paraId="3556690F" w14:textId="25BB13E9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4F093E96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271E1DF6" w14:textId="77777777" w:rsidTr="003843FB">
        <w:tc>
          <w:tcPr>
            <w:tcW w:w="2547" w:type="dxa"/>
          </w:tcPr>
          <w:p w14:paraId="5B62BE89" w14:textId="176C32EE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Balsamic Vinegar</w:t>
            </w:r>
          </w:p>
        </w:tc>
        <w:tc>
          <w:tcPr>
            <w:tcW w:w="2410" w:type="dxa"/>
          </w:tcPr>
          <w:p w14:paraId="763483DB" w14:textId="6AB7149A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B34C96" w14:textId="6C9090C8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148E0337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418D9757" w14:textId="77777777" w:rsidTr="003843FB">
        <w:tc>
          <w:tcPr>
            <w:tcW w:w="2547" w:type="dxa"/>
          </w:tcPr>
          <w:p w14:paraId="49703D0F" w14:textId="2CEA9653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Mustard</w:t>
            </w:r>
          </w:p>
        </w:tc>
        <w:tc>
          <w:tcPr>
            <w:tcW w:w="2410" w:type="dxa"/>
          </w:tcPr>
          <w:p w14:paraId="71E3485B" w14:textId="0C9E4AF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5BB815" w14:textId="7CCE4C97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4B1BC31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001C3A9E" w14:textId="77777777" w:rsidTr="003843FB">
        <w:trPr>
          <w:trHeight w:val="165"/>
        </w:trPr>
        <w:tc>
          <w:tcPr>
            <w:tcW w:w="2547" w:type="dxa"/>
          </w:tcPr>
          <w:p w14:paraId="6FF3C1E3" w14:textId="3E95BB0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Mayonnaise</w:t>
            </w:r>
          </w:p>
        </w:tc>
        <w:tc>
          <w:tcPr>
            <w:tcW w:w="2410" w:type="dxa"/>
          </w:tcPr>
          <w:p w14:paraId="75622722" w14:textId="2FAE923D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184455A" w14:textId="6DC124DF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A656D3A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C5" w:rsidRPr="00496C31" w14:paraId="1E1B5960" w14:textId="77777777" w:rsidTr="003843FB">
        <w:trPr>
          <w:trHeight w:val="90"/>
        </w:trPr>
        <w:tc>
          <w:tcPr>
            <w:tcW w:w="2547" w:type="dxa"/>
          </w:tcPr>
          <w:p w14:paraId="34F03CB2" w14:textId="1134E352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Apple vinegar</w:t>
            </w:r>
          </w:p>
        </w:tc>
        <w:tc>
          <w:tcPr>
            <w:tcW w:w="2410" w:type="dxa"/>
          </w:tcPr>
          <w:p w14:paraId="7F55501A" w14:textId="572D03F4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EEF4AD" w14:textId="422B9EB1" w:rsidR="001E04C5" w:rsidRPr="00FB4651" w:rsidRDefault="001E04C5" w:rsidP="001E0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182D54CF" w14:textId="77777777" w:rsidR="001E04C5" w:rsidRPr="00FB4651" w:rsidRDefault="001E04C5" w:rsidP="001E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016C21" w14:textId="77777777" w:rsidR="00645364" w:rsidRPr="00496C31" w:rsidRDefault="00645364">
      <w:pPr>
        <w:rPr>
          <w:rFonts w:ascii="Times New Roman" w:hAnsi="Times New Roman" w:cs="Times New Roman"/>
          <w:sz w:val="24"/>
          <w:szCs w:val="24"/>
        </w:rPr>
      </w:pPr>
    </w:p>
    <w:sectPr w:rsidR="00645364" w:rsidRPr="00496C31" w:rsidSect="007823DD"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8C2"/>
    <w:rsid w:val="0006063C"/>
    <w:rsid w:val="000D51A5"/>
    <w:rsid w:val="0015074B"/>
    <w:rsid w:val="001D6255"/>
    <w:rsid w:val="001D6374"/>
    <w:rsid w:val="001E04C5"/>
    <w:rsid w:val="001E1738"/>
    <w:rsid w:val="001F367E"/>
    <w:rsid w:val="00253692"/>
    <w:rsid w:val="0029639D"/>
    <w:rsid w:val="002D7F86"/>
    <w:rsid w:val="00326F90"/>
    <w:rsid w:val="003843FB"/>
    <w:rsid w:val="003C6F1A"/>
    <w:rsid w:val="00456E17"/>
    <w:rsid w:val="00496C31"/>
    <w:rsid w:val="004D6E1D"/>
    <w:rsid w:val="005D1691"/>
    <w:rsid w:val="00634B05"/>
    <w:rsid w:val="00645364"/>
    <w:rsid w:val="00655293"/>
    <w:rsid w:val="0068048B"/>
    <w:rsid w:val="00723465"/>
    <w:rsid w:val="00772578"/>
    <w:rsid w:val="007823DD"/>
    <w:rsid w:val="008563FB"/>
    <w:rsid w:val="00907CB8"/>
    <w:rsid w:val="00976D11"/>
    <w:rsid w:val="00AA1D8D"/>
    <w:rsid w:val="00B47730"/>
    <w:rsid w:val="00C20FA5"/>
    <w:rsid w:val="00CB0664"/>
    <w:rsid w:val="00D32839"/>
    <w:rsid w:val="00D73612"/>
    <w:rsid w:val="00F3315D"/>
    <w:rsid w:val="00FB46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8FEEB60"/>
  <w14:defaultImageDpi w14:val="300"/>
  <w15:docId w15:val="{63A51019-A6A7-4DAD-BF6A-0F8DBE12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5ffc3f-8988-464b-8486-e104c055ca9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48AE78162310141BA4ABB277526F45A" ma:contentTypeVersion="18" ma:contentTypeDescription="Izveidot jaunu dokumentu." ma:contentTypeScope="" ma:versionID="9af54bbbecce6139db37cb8b89676b87">
  <xsd:schema xmlns:xsd="http://www.w3.org/2001/XMLSchema" xmlns:xs="http://www.w3.org/2001/XMLSchema" xmlns:p="http://schemas.microsoft.com/office/2006/metadata/properties" xmlns:ns3="625ffc3f-8988-464b-8486-e104c055ca93" xmlns:ns4="21a95fe9-13f3-4033-93e4-2b017f2b0e02" targetNamespace="http://schemas.microsoft.com/office/2006/metadata/properties" ma:root="true" ma:fieldsID="396bb9a1922d2839a04af9ee479936a9" ns3:_="" ns4:_="">
    <xsd:import namespace="625ffc3f-8988-464b-8486-e104c055ca93"/>
    <xsd:import namespace="21a95fe9-13f3-4033-93e4-2b017f2b0e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ffc3f-8988-464b-8486-e104c055c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5fe9-13f3-4033-93e4-2b017f2b0e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F9F6EE-FDCB-4B10-910C-2A6BA24AB2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3CBD67-40A2-4420-83E4-C3229712AA91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21a95fe9-13f3-4033-93e4-2b017f2b0e02"/>
    <ds:schemaRef ds:uri="625ffc3f-8988-464b-8486-e104c055ca93"/>
  </ds:schemaRefs>
</ds:datastoreItem>
</file>

<file path=customXml/itemProps3.xml><?xml version="1.0" encoding="utf-8"?>
<ds:datastoreItem xmlns:ds="http://schemas.openxmlformats.org/officeDocument/2006/customXml" ds:itemID="{5B16676D-AEA5-480C-BBB6-B01E91E2E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ffc3f-8988-464b-8486-e104c055ca93"/>
    <ds:schemaRef ds:uri="21a95fe9-13f3-4033-93e4-2b017f2b0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8F4D15-6551-4D21-86CA-5CDEB7D22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Ilze Pilane</cp:lastModifiedBy>
  <cp:revision>3</cp:revision>
  <dcterms:created xsi:type="dcterms:W3CDTF">2026-06-05T09:27:00Z</dcterms:created>
  <dcterms:modified xsi:type="dcterms:W3CDTF">2026-09-03T06:30:00Z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0x010100748AE78162310141BA4ABB277526F45A</vt:lpwstr>
  </property>
</Properties>
</file>