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132"/>
      </w:tblGrid>
      <w:tr w:rsidR="00456E17" w14:paraId="1906B7E2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7106989" w14:textId="1041A824" w:rsidR="00456E17" w:rsidRDefault="00456E17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School</w:t>
            </w:r>
          </w:p>
        </w:tc>
        <w:tc>
          <w:tcPr>
            <w:tcW w:w="7132" w:type="dxa"/>
            <w:vAlign w:val="bottom"/>
          </w:tcPr>
          <w:p w14:paraId="0BAD78FA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56E17" w14:paraId="054EDAE7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1C92142" w14:textId="516F119A" w:rsidR="00456E17" w:rsidRPr="00456E17" w:rsidRDefault="00456E17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56E17">
              <w:rPr>
                <w:rFonts w:ascii="Times New Roman" w:hAnsi="Times New Roman" w:cs="Times New Roman"/>
                <w:sz w:val="24"/>
              </w:rPr>
              <w:t>Participant</w:t>
            </w:r>
          </w:p>
        </w:tc>
        <w:tc>
          <w:tcPr>
            <w:tcW w:w="7132" w:type="dxa"/>
            <w:vAlign w:val="bottom"/>
          </w:tcPr>
          <w:p w14:paraId="0C0DB7BF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1843AA4" w14:textId="77777777" w:rsidR="00456E17" w:rsidRDefault="00456E17" w:rsidP="007823DD">
      <w:pPr>
        <w:rPr>
          <w:rFonts w:ascii="Times New Roman" w:hAnsi="Times New Roman" w:cs="Times New Roman"/>
          <w:sz w:val="24"/>
        </w:rPr>
      </w:pPr>
    </w:p>
    <w:p w14:paraId="131A0B09" w14:textId="792AF64E" w:rsidR="008563FB" w:rsidRPr="00456E17" w:rsidRDefault="00DA3D88" w:rsidP="00456E1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PRODUCT</w:t>
      </w:r>
      <w:r w:rsidR="00496C31" w:rsidRPr="00456E17">
        <w:rPr>
          <w:rFonts w:ascii="Times New Roman" w:hAnsi="Times New Roman" w:cs="Times New Roman"/>
          <w:b/>
          <w:sz w:val="28"/>
        </w:rPr>
        <w:t xml:space="preserve"> LIST FOR </w:t>
      </w:r>
      <w:r w:rsidR="00835467" w:rsidRPr="00835467">
        <w:rPr>
          <w:rFonts w:ascii="Times New Roman" w:hAnsi="Times New Roman" w:cs="Times New Roman"/>
          <w:b/>
          <w:sz w:val="28"/>
        </w:rPr>
        <w:t>GOURMET BUTCHER</w:t>
      </w:r>
      <w:r w:rsidR="00BA2FF8">
        <w:rPr>
          <w:rFonts w:ascii="Times New Roman" w:hAnsi="Times New Roman" w:cs="Times New Roman"/>
          <w:b/>
          <w:sz w:val="28"/>
        </w:rPr>
        <w:t xml:space="preserve"> COMPETITION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1984"/>
        <w:gridCol w:w="1887"/>
      </w:tblGrid>
      <w:tr w:rsidR="008563FB" w:rsidRPr="00496C31" w14:paraId="4AFD0133" w14:textId="77777777" w:rsidTr="00835467">
        <w:tc>
          <w:tcPr>
            <w:tcW w:w="2547" w:type="dxa"/>
            <w:shd w:val="clear" w:color="auto" w:fill="B2A1C7" w:themeFill="accent4" w:themeFillTint="99"/>
          </w:tcPr>
          <w:p w14:paraId="69262239" w14:textId="12AA3666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Ingredients</w:t>
            </w:r>
          </w:p>
        </w:tc>
        <w:tc>
          <w:tcPr>
            <w:tcW w:w="2410" w:type="dxa"/>
            <w:shd w:val="clear" w:color="auto" w:fill="B2A1C7" w:themeFill="accent4" w:themeFillTint="99"/>
          </w:tcPr>
          <w:p w14:paraId="76FBC942" w14:textId="58F992A1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984" w:type="dxa"/>
            <w:shd w:val="clear" w:color="auto" w:fill="B2A1C7" w:themeFill="accent4" w:themeFillTint="99"/>
          </w:tcPr>
          <w:p w14:paraId="3464E00A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Measuring Unit</w:t>
            </w:r>
          </w:p>
        </w:tc>
        <w:tc>
          <w:tcPr>
            <w:tcW w:w="1887" w:type="dxa"/>
            <w:shd w:val="clear" w:color="auto" w:fill="B2A1C7" w:themeFill="accent4" w:themeFillTint="99"/>
          </w:tcPr>
          <w:p w14:paraId="1CF3AB3D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</w:tr>
      <w:tr w:rsidR="00456E17" w:rsidRPr="00496C31" w14:paraId="7E4DD342" w14:textId="77777777" w:rsidTr="00835467">
        <w:tc>
          <w:tcPr>
            <w:tcW w:w="8828" w:type="dxa"/>
            <w:gridSpan w:val="4"/>
            <w:shd w:val="clear" w:color="auto" w:fill="FABF8F" w:themeFill="accent6" w:themeFillTint="99"/>
          </w:tcPr>
          <w:p w14:paraId="698DC1B9" w14:textId="4687581A" w:rsidR="00456E17" w:rsidRPr="0013456B" w:rsidRDefault="00BA2FF8" w:rsidP="00456E1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FRESH </w:t>
            </w:r>
            <w:r w:rsidR="00456E17" w:rsidRPr="0013456B">
              <w:rPr>
                <w:rFonts w:ascii="Times New Roman" w:hAnsi="Times New Roman" w:cs="Times New Roman"/>
                <w:i/>
                <w:sz w:val="24"/>
                <w:szCs w:val="24"/>
              </w:rPr>
              <w:t>VEGETABLES</w:t>
            </w:r>
            <w:r w:rsidR="00835467" w:rsidRPr="001345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AND FRUITS</w:t>
            </w:r>
          </w:p>
        </w:tc>
      </w:tr>
      <w:tr w:rsidR="00835467" w:rsidRPr="00496C31" w14:paraId="075F2210" w14:textId="77777777" w:rsidTr="00835467">
        <w:tc>
          <w:tcPr>
            <w:tcW w:w="2547" w:type="dxa"/>
          </w:tcPr>
          <w:p w14:paraId="3C13DF5A" w14:textId="429F6A3C" w:rsidR="00835467" w:rsidRPr="0013456B" w:rsidRDefault="00835467" w:rsidP="00835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Green salad </w:t>
            </w:r>
          </w:p>
        </w:tc>
        <w:tc>
          <w:tcPr>
            <w:tcW w:w="2410" w:type="dxa"/>
          </w:tcPr>
          <w:p w14:paraId="616C5915" w14:textId="465CBC8E" w:rsidR="00835467" w:rsidRPr="0013456B" w:rsidRDefault="00835467" w:rsidP="00835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A26F38" w14:textId="475B8F91" w:rsidR="00835467" w:rsidRPr="0013456B" w:rsidRDefault="00FE6634" w:rsidP="00835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6918319" w14:textId="77777777" w:rsidR="00835467" w:rsidRPr="0013456B" w:rsidRDefault="00835467" w:rsidP="00835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442E48CC" w14:textId="77777777" w:rsidTr="00835467">
        <w:tc>
          <w:tcPr>
            <w:tcW w:w="2547" w:type="dxa"/>
          </w:tcPr>
          <w:p w14:paraId="67AA7A54" w14:textId="78BB5F2D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Onion </w:t>
            </w:r>
          </w:p>
        </w:tc>
        <w:tc>
          <w:tcPr>
            <w:tcW w:w="2410" w:type="dxa"/>
          </w:tcPr>
          <w:p w14:paraId="1223E367" w14:textId="6EBA64BB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D795B4" w14:textId="4A49D379" w:rsidR="00FE6634" w:rsidRPr="0013456B" w:rsidRDefault="00C3786A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</w:t>
            </w:r>
            <w:r w:rsidR="00FE6634" w:rsidRPr="00EE3171">
              <w:t>g</w:t>
            </w:r>
          </w:p>
        </w:tc>
        <w:tc>
          <w:tcPr>
            <w:tcW w:w="1887" w:type="dxa"/>
          </w:tcPr>
          <w:p w14:paraId="3A96BF1B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112FA481" w14:textId="77777777" w:rsidTr="00835467">
        <w:tc>
          <w:tcPr>
            <w:tcW w:w="2547" w:type="dxa"/>
          </w:tcPr>
          <w:p w14:paraId="3EAB99B8" w14:textId="473F4A51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Garlic </w:t>
            </w:r>
          </w:p>
        </w:tc>
        <w:tc>
          <w:tcPr>
            <w:tcW w:w="2410" w:type="dxa"/>
          </w:tcPr>
          <w:p w14:paraId="5834F8FD" w14:textId="7FB74F45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40F740" w14:textId="66FD6C29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1">
              <w:t>g</w:t>
            </w:r>
          </w:p>
        </w:tc>
        <w:tc>
          <w:tcPr>
            <w:tcW w:w="1887" w:type="dxa"/>
          </w:tcPr>
          <w:p w14:paraId="6E5A16F5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339B4C5E" w14:textId="77777777" w:rsidTr="00835467">
        <w:tc>
          <w:tcPr>
            <w:tcW w:w="2547" w:type="dxa"/>
          </w:tcPr>
          <w:p w14:paraId="6BC697D7" w14:textId="6212E0C3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Spinach </w:t>
            </w:r>
          </w:p>
        </w:tc>
        <w:tc>
          <w:tcPr>
            <w:tcW w:w="2410" w:type="dxa"/>
          </w:tcPr>
          <w:p w14:paraId="3CBC0F0A" w14:textId="3668F54A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99B6E5" w14:textId="232B5975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1">
              <w:t>g</w:t>
            </w:r>
          </w:p>
        </w:tc>
        <w:tc>
          <w:tcPr>
            <w:tcW w:w="1887" w:type="dxa"/>
          </w:tcPr>
          <w:p w14:paraId="450A34E0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4184C07A" w14:textId="77777777" w:rsidTr="00835467">
        <w:tc>
          <w:tcPr>
            <w:tcW w:w="2547" w:type="dxa"/>
          </w:tcPr>
          <w:p w14:paraId="67CD8791" w14:textId="094582CB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Leek </w:t>
            </w:r>
          </w:p>
        </w:tc>
        <w:tc>
          <w:tcPr>
            <w:tcW w:w="2410" w:type="dxa"/>
          </w:tcPr>
          <w:p w14:paraId="52D6A236" w14:textId="7396EF06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19D7F9" w14:textId="51139AF2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1">
              <w:t>g</w:t>
            </w:r>
          </w:p>
        </w:tc>
        <w:tc>
          <w:tcPr>
            <w:tcW w:w="1887" w:type="dxa"/>
          </w:tcPr>
          <w:p w14:paraId="6D7F2393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7B90C729" w14:textId="77777777" w:rsidTr="00835467">
        <w:tc>
          <w:tcPr>
            <w:tcW w:w="2547" w:type="dxa"/>
          </w:tcPr>
          <w:p w14:paraId="1CD8EEC0" w14:textId="34098860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Champignons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(button mushrooms)</w:t>
            </w:r>
          </w:p>
        </w:tc>
        <w:tc>
          <w:tcPr>
            <w:tcW w:w="2410" w:type="dxa"/>
          </w:tcPr>
          <w:p w14:paraId="494BFAD7" w14:textId="005C9C8A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E2E1B3" w14:textId="782C0DA7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1">
              <w:t>g</w:t>
            </w:r>
          </w:p>
        </w:tc>
        <w:tc>
          <w:tcPr>
            <w:tcW w:w="1887" w:type="dxa"/>
          </w:tcPr>
          <w:p w14:paraId="54F95077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6E834AF0" w14:textId="77777777" w:rsidTr="00835467">
        <w:tc>
          <w:tcPr>
            <w:tcW w:w="2547" w:type="dxa"/>
          </w:tcPr>
          <w:p w14:paraId="7C35703E" w14:textId="75FAFBFB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Chili pepper </w:t>
            </w:r>
          </w:p>
        </w:tc>
        <w:tc>
          <w:tcPr>
            <w:tcW w:w="2410" w:type="dxa"/>
          </w:tcPr>
          <w:p w14:paraId="29200092" w14:textId="7BEE0836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C2B93B" w14:textId="4D14B468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1">
              <w:t>g</w:t>
            </w:r>
          </w:p>
        </w:tc>
        <w:tc>
          <w:tcPr>
            <w:tcW w:w="1887" w:type="dxa"/>
          </w:tcPr>
          <w:p w14:paraId="0848DE42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3554B509" w14:textId="77777777" w:rsidTr="00835467">
        <w:tc>
          <w:tcPr>
            <w:tcW w:w="2547" w:type="dxa"/>
          </w:tcPr>
          <w:p w14:paraId="3DDEC589" w14:textId="470E2031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Bell Pepper </w:t>
            </w:r>
          </w:p>
        </w:tc>
        <w:tc>
          <w:tcPr>
            <w:tcW w:w="2410" w:type="dxa"/>
          </w:tcPr>
          <w:p w14:paraId="264CE56C" w14:textId="75BDF4A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0A331A" w14:textId="2E59D39F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1">
              <w:t>g</w:t>
            </w:r>
          </w:p>
        </w:tc>
        <w:tc>
          <w:tcPr>
            <w:tcW w:w="1887" w:type="dxa"/>
          </w:tcPr>
          <w:p w14:paraId="75576899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86A" w:rsidRPr="00496C31" w14:paraId="3C8AF643" w14:textId="77777777" w:rsidTr="00835467">
        <w:tc>
          <w:tcPr>
            <w:tcW w:w="2547" w:type="dxa"/>
          </w:tcPr>
          <w:p w14:paraId="0DB1F310" w14:textId="30FFD12A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Carrots </w:t>
            </w:r>
          </w:p>
        </w:tc>
        <w:tc>
          <w:tcPr>
            <w:tcW w:w="2410" w:type="dxa"/>
          </w:tcPr>
          <w:p w14:paraId="7EC669A7" w14:textId="135FAE9F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D01864" w14:textId="055B0E01" w:rsidR="00C3786A" w:rsidRPr="0013456B" w:rsidRDefault="00C3786A" w:rsidP="00C37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9D7">
              <w:t>kg</w:t>
            </w:r>
          </w:p>
        </w:tc>
        <w:tc>
          <w:tcPr>
            <w:tcW w:w="1887" w:type="dxa"/>
          </w:tcPr>
          <w:p w14:paraId="76447D61" w14:textId="77777777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86A" w:rsidRPr="00496C31" w14:paraId="67787D96" w14:textId="77777777" w:rsidTr="00835467">
        <w:tc>
          <w:tcPr>
            <w:tcW w:w="2547" w:type="dxa"/>
          </w:tcPr>
          <w:p w14:paraId="3A164447" w14:textId="10B61843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Potatoes </w:t>
            </w:r>
          </w:p>
        </w:tc>
        <w:tc>
          <w:tcPr>
            <w:tcW w:w="2410" w:type="dxa"/>
          </w:tcPr>
          <w:p w14:paraId="03462CC4" w14:textId="58BAB84A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300DEE" w14:textId="368E8087" w:rsidR="00C3786A" w:rsidRPr="0013456B" w:rsidRDefault="00C3786A" w:rsidP="00C37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9D7">
              <w:t>kg</w:t>
            </w:r>
          </w:p>
        </w:tc>
        <w:tc>
          <w:tcPr>
            <w:tcW w:w="1887" w:type="dxa"/>
          </w:tcPr>
          <w:p w14:paraId="6C933C2D" w14:textId="77777777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86A" w:rsidRPr="00496C31" w14:paraId="46B03D77" w14:textId="77777777" w:rsidTr="00835467">
        <w:trPr>
          <w:trHeight w:val="150"/>
        </w:trPr>
        <w:tc>
          <w:tcPr>
            <w:tcW w:w="2547" w:type="dxa"/>
          </w:tcPr>
          <w:p w14:paraId="1476CB6C" w14:textId="34CD6DDE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Lemon </w:t>
            </w:r>
          </w:p>
        </w:tc>
        <w:tc>
          <w:tcPr>
            <w:tcW w:w="2410" w:type="dxa"/>
          </w:tcPr>
          <w:p w14:paraId="2C669F3D" w14:textId="0E3CE75F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F7B90E" w14:textId="6A25CCEB" w:rsidR="00C3786A" w:rsidRPr="0013456B" w:rsidRDefault="00C3786A" w:rsidP="00C37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9D7">
              <w:t>kg</w:t>
            </w:r>
          </w:p>
        </w:tc>
        <w:tc>
          <w:tcPr>
            <w:tcW w:w="1887" w:type="dxa"/>
          </w:tcPr>
          <w:p w14:paraId="75833C61" w14:textId="77777777" w:rsidR="00C3786A" w:rsidRPr="0013456B" w:rsidRDefault="00C3786A" w:rsidP="00C3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467" w:rsidRPr="00496C31" w14:paraId="748213B5" w14:textId="77777777" w:rsidTr="00835467">
        <w:tc>
          <w:tcPr>
            <w:tcW w:w="8828" w:type="dxa"/>
            <w:gridSpan w:val="4"/>
            <w:shd w:val="clear" w:color="auto" w:fill="FABF8F" w:themeFill="accent6" w:themeFillTint="99"/>
            <w:vAlign w:val="center"/>
          </w:tcPr>
          <w:p w14:paraId="018F60D2" w14:textId="6FD48E96" w:rsidR="00835467" w:rsidRPr="0013456B" w:rsidRDefault="00835467" w:rsidP="00835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i/>
                <w:sz w:val="24"/>
                <w:szCs w:val="24"/>
              </w:rPr>
              <w:t>HERBS</w:t>
            </w:r>
          </w:p>
        </w:tc>
      </w:tr>
      <w:tr w:rsidR="00FE6634" w:rsidRPr="00496C31" w14:paraId="41D3EABD" w14:textId="77777777" w:rsidTr="00350C67">
        <w:tc>
          <w:tcPr>
            <w:tcW w:w="2547" w:type="dxa"/>
          </w:tcPr>
          <w:p w14:paraId="3D3AEDAB" w14:textId="1CD1392C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Rosemary </w:t>
            </w:r>
          </w:p>
        </w:tc>
        <w:tc>
          <w:tcPr>
            <w:tcW w:w="2410" w:type="dxa"/>
          </w:tcPr>
          <w:p w14:paraId="18BC7B6F" w14:textId="48FAC15D" w:rsidR="00FE6634" w:rsidRPr="0013456B" w:rsidRDefault="00FE6634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="00BA2FF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984" w:type="dxa"/>
          </w:tcPr>
          <w:p w14:paraId="11D821A7" w14:textId="75E58D3B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B69">
              <w:t>g</w:t>
            </w:r>
          </w:p>
        </w:tc>
        <w:tc>
          <w:tcPr>
            <w:tcW w:w="1887" w:type="dxa"/>
          </w:tcPr>
          <w:p w14:paraId="2B8FAC5B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FF8" w:rsidRPr="00496C31" w14:paraId="1836E49F" w14:textId="77777777" w:rsidTr="00350C67">
        <w:tc>
          <w:tcPr>
            <w:tcW w:w="2547" w:type="dxa"/>
          </w:tcPr>
          <w:p w14:paraId="79E119AA" w14:textId="218B197D" w:rsidR="00BA2FF8" w:rsidRPr="0013456B" w:rsidRDefault="00BA2FF8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Oregano </w:t>
            </w:r>
          </w:p>
        </w:tc>
        <w:tc>
          <w:tcPr>
            <w:tcW w:w="2410" w:type="dxa"/>
          </w:tcPr>
          <w:p w14:paraId="4BA29A20" w14:textId="115254A0" w:rsidR="00BA2FF8" w:rsidRPr="0013456B" w:rsidRDefault="00BA2FF8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313">
              <w:rPr>
                <w:rFonts w:ascii="Times New Roman" w:hAnsi="Times New Roman" w:cs="Times New Roman"/>
                <w:sz w:val="24"/>
                <w:szCs w:val="24"/>
              </w:rPr>
              <w:t>dry</w:t>
            </w:r>
          </w:p>
        </w:tc>
        <w:tc>
          <w:tcPr>
            <w:tcW w:w="1984" w:type="dxa"/>
          </w:tcPr>
          <w:p w14:paraId="37FF91C5" w14:textId="02681489" w:rsidR="00BA2FF8" w:rsidRPr="0013456B" w:rsidRDefault="00BA2FF8" w:rsidP="00BA2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B69">
              <w:t>g</w:t>
            </w:r>
          </w:p>
        </w:tc>
        <w:tc>
          <w:tcPr>
            <w:tcW w:w="1887" w:type="dxa"/>
          </w:tcPr>
          <w:p w14:paraId="62880BBB" w14:textId="77777777" w:rsidR="00BA2FF8" w:rsidRPr="0013456B" w:rsidRDefault="00BA2FF8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FF8" w:rsidRPr="00496C31" w14:paraId="537DFD03" w14:textId="77777777" w:rsidTr="00350C67">
        <w:tc>
          <w:tcPr>
            <w:tcW w:w="2547" w:type="dxa"/>
          </w:tcPr>
          <w:p w14:paraId="0CED5984" w14:textId="705D9557" w:rsidR="00BA2FF8" w:rsidRPr="0013456B" w:rsidRDefault="00BA2FF8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Basil </w:t>
            </w:r>
          </w:p>
        </w:tc>
        <w:tc>
          <w:tcPr>
            <w:tcW w:w="2410" w:type="dxa"/>
          </w:tcPr>
          <w:p w14:paraId="088FE7CF" w14:textId="7676767E" w:rsidR="00BA2FF8" w:rsidRPr="0013456B" w:rsidRDefault="00BA2FF8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313">
              <w:rPr>
                <w:rFonts w:ascii="Times New Roman" w:hAnsi="Times New Roman" w:cs="Times New Roman"/>
                <w:sz w:val="24"/>
                <w:szCs w:val="24"/>
              </w:rPr>
              <w:t>dry</w:t>
            </w:r>
          </w:p>
        </w:tc>
        <w:tc>
          <w:tcPr>
            <w:tcW w:w="1984" w:type="dxa"/>
          </w:tcPr>
          <w:p w14:paraId="13BCB549" w14:textId="6DE8883C" w:rsidR="00BA2FF8" w:rsidRPr="0013456B" w:rsidRDefault="00BA2FF8" w:rsidP="00BA2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B69">
              <w:t>g</w:t>
            </w:r>
          </w:p>
        </w:tc>
        <w:tc>
          <w:tcPr>
            <w:tcW w:w="1887" w:type="dxa"/>
          </w:tcPr>
          <w:p w14:paraId="49837721" w14:textId="77777777" w:rsidR="00BA2FF8" w:rsidRPr="0013456B" w:rsidRDefault="00BA2FF8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21CFBA87" w14:textId="77777777" w:rsidTr="00350C67">
        <w:tc>
          <w:tcPr>
            <w:tcW w:w="2547" w:type="dxa"/>
          </w:tcPr>
          <w:p w14:paraId="236035A2" w14:textId="6CAFE372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Fresh p</w:t>
            </w: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arsley </w:t>
            </w:r>
          </w:p>
        </w:tc>
        <w:tc>
          <w:tcPr>
            <w:tcW w:w="2410" w:type="dxa"/>
          </w:tcPr>
          <w:p w14:paraId="3CF63DA7" w14:textId="3F383045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A7F32E" w14:textId="0CBF560C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B69">
              <w:t>g</w:t>
            </w:r>
          </w:p>
        </w:tc>
        <w:tc>
          <w:tcPr>
            <w:tcW w:w="1887" w:type="dxa"/>
          </w:tcPr>
          <w:p w14:paraId="3F28F870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4668C7FC" w14:textId="77777777" w:rsidTr="00350C67">
        <w:tc>
          <w:tcPr>
            <w:tcW w:w="2547" w:type="dxa"/>
          </w:tcPr>
          <w:p w14:paraId="39339EB7" w14:textId="7EE912B6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Fresh d</w:t>
            </w: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ill </w:t>
            </w:r>
          </w:p>
        </w:tc>
        <w:tc>
          <w:tcPr>
            <w:tcW w:w="2410" w:type="dxa"/>
          </w:tcPr>
          <w:p w14:paraId="0C5CABE0" w14:textId="25F4D638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3A583C" w14:textId="2354B24C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B69">
              <w:t>g</w:t>
            </w:r>
          </w:p>
        </w:tc>
        <w:tc>
          <w:tcPr>
            <w:tcW w:w="1887" w:type="dxa"/>
          </w:tcPr>
          <w:p w14:paraId="0B57E7EB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467" w:rsidRPr="00496C31" w14:paraId="30EDE57A" w14:textId="77777777" w:rsidTr="00835467">
        <w:tc>
          <w:tcPr>
            <w:tcW w:w="8828" w:type="dxa"/>
            <w:gridSpan w:val="4"/>
            <w:shd w:val="clear" w:color="auto" w:fill="FABF8F" w:themeFill="accent6" w:themeFillTint="99"/>
          </w:tcPr>
          <w:p w14:paraId="438A6FC0" w14:textId="312FDE28" w:rsidR="00835467" w:rsidRPr="0013456B" w:rsidRDefault="00835467" w:rsidP="00835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i/>
                <w:sz w:val="24"/>
                <w:szCs w:val="24"/>
              </w:rPr>
              <w:t>SPICES</w:t>
            </w:r>
          </w:p>
        </w:tc>
      </w:tr>
      <w:tr w:rsidR="00FE6634" w:rsidRPr="00496C31" w14:paraId="2BD0B4CC" w14:textId="77777777" w:rsidTr="00835467">
        <w:tc>
          <w:tcPr>
            <w:tcW w:w="2547" w:type="dxa"/>
          </w:tcPr>
          <w:p w14:paraId="6FB757B8" w14:textId="4397AECF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Black Pepper</w:t>
            </w:r>
          </w:p>
        </w:tc>
        <w:tc>
          <w:tcPr>
            <w:tcW w:w="2410" w:type="dxa"/>
          </w:tcPr>
          <w:p w14:paraId="67AD3157" w14:textId="5B9CE435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4ACE6A" w14:textId="006D71C9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22DDA35C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4487C813" w14:textId="77777777" w:rsidTr="00835467">
        <w:tc>
          <w:tcPr>
            <w:tcW w:w="2547" w:type="dxa"/>
          </w:tcPr>
          <w:p w14:paraId="00B4CEAE" w14:textId="5C21B841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White Pepper</w:t>
            </w:r>
          </w:p>
        </w:tc>
        <w:tc>
          <w:tcPr>
            <w:tcW w:w="2410" w:type="dxa"/>
          </w:tcPr>
          <w:p w14:paraId="33699126" w14:textId="2CEBBCEA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F23186" w14:textId="01B2E0EC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2D62DB67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3A832E51" w14:textId="77777777" w:rsidTr="00835467">
        <w:tc>
          <w:tcPr>
            <w:tcW w:w="2547" w:type="dxa"/>
          </w:tcPr>
          <w:p w14:paraId="28134996" w14:textId="6A790CC8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Paprika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06FABA51" w14:textId="69F27346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CA5917" w14:textId="466B7A5A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7CC8B2E0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79C03951" w14:textId="77777777" w:rsidTr="00835467">
        <w:tc>
          <w:tcPr>
            <w:tcW w:w="2547" w:type="dxa"/>
          </w:tcPr>
          <w:p w14:paraId="5594A57A" w14:textId="1A60C192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Cumin</w:t>
            </w:r>
          </w:p>
        </w:tc>
        <w:tc>
          <w:tcPr>
            <w:tcW w:w="2410" w:type="dxa"/>
          </w:tcPr>
          <w:p w14:paraId="429D212C" w14:textId="2BA9CF34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0E6562" w14:textId="2441B203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4054369F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4CBCE199" w14:textId="77777777" w:rsidTr="00835467">
        <w:tc>
          <w:tcPr>
            <w:tcW w:w="2547" w:type="dxa"/>
          </w:tcPr>
          <w:p w14:paraId="49320AF6" w14:textId="3BC0EAC4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Coriander</w:t>
            </w:r>
          </w:p>
        </w:tc>
        <w:tc>
          <w:tcPr>
            <w:tcW w:w="2410" w:type="dxa"/>
          </w:tcPr>
          <w:p w14:paraId="1FDB4D5F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B33EC5C" w14:textId="0756EA1F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51FF5DC3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6F59C2B2" w14:textId="77777777" w:rsidTr="00835467">
        <w:tc>
          <w:tcPr>
            <w:tcW w:w="2547" w:type="dxa"/>
          </w:tcPr>
          <w:p w14:paraId="052789AC" w14:textId="27C7CCB1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Turmeric</w:t>
            </w:r>
          </w:p>
        </w:tc>
        <w:tc>
          <w:tcPr>
            <w:tcW w:w="2410" w:type="dxa"/>
          </w:tcPr>
          <w:p w14:paraId="58D92BDA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743605" w14:textId="2C605040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6B491FE7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0EB52E57" w14:textId="77777777" w:rsidTr="00835467">
        <w:tc>
          <w:tcPr>
            <w:tcW w:w="2547" w:type="dxa"/>
          </w:tcPr>
          <w:p w14:paraId="618F2883" w14:textId="3FA2DF34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Curry Powder</w:t>
            </w:r>
          </w:p>
        </w:tc>
        <w:tc>
          <w:tcPr>
            <w:tcW w:w="2410" w:type="dxa"/>
          </w:tcPr>
          <w:p w14:paraId="4C12218D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9DF0A4" w14:textId="05F36871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3C25BC4A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05C8DA51" w14:textId="77777777" w:rsidTr="00835467">
        <w:tc>
          <w:tcPr>
            <w:tcW w:w="2547" w:type="dxa"/>
          </w:tcPr>
          <w:p w14:paraId="57BF6FB5" w14:textId="1656DBB3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Bay Leaves</w:t>
            </w:r>
          </w:p>
        </w:tc>
        <w:tc>
          <w:tcPr>
            <w:tcW w:w="2410" w:type="dxa"/>
          </w:tcPr>
          <w:p w14:paraId="662D641E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66CC47" w14:textId="65FA6B93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60B7C9E2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1C584F72" w14:textId="77777777" w:rsidTr="00835467">
        <w:tc>
          <w:tcPr>
            <w:tcW w:w="2547" w:type="dxa"/>
          </w:tcPr>
          <w:p w14:paraId="056C0888" w14:textId="4D9DA53D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Cinnamon</w:t>
            </w:r>
            <w:r w:rsidR="00BA2FF8">
              <w:rPr>
                <w:rFonts w:ascii="Times New Roman" w:hAnsi="Times New Roman" w:cs="Times New Roman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1C8FF83D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3303CA" w14:textId="52FDCCE7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72254F18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77EE2C6B" w14:textId="77777777" w:rsidTr="00835467">
        <w:tc>
          <w:tcPr>
            <w:tcW w:w="2547" w:type="dxa"/>
          </w:tcPr>
          <w:p w14:paraId="37D54ECA" w14:textId="44DC645B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Sugar</w:t>
            </w:r>
            <w:r w:rsidR="00BA2FF8">
              <w:rPr>
                <w:rFonts w:ascii="Times New Roman" w:hAnsi="Times New Roman" w:cs="Times New Roman"/>
                <w:sz w:val="24"/>
                <w:szCs w:val="24"/>
              </w:rPr>
              <w:t xml:space="preserve"> white</w:t>
            </w:r>
          </w:p>
        </w:tc>
        <w:tc>
          <w:tcPr>
            <w:tcW w:w="2410" w:type="dxa"/>
          </w:tcPr>
          <w:p w14:paraId="0D3C5D19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CC4705" w14:textId="6DAAA656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3ACD7AD6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6B9BA27C" w14:textId="77777777" w:rsidTr="00835467">
        <w:tc>
          <w:tcPr>
            <w:tcW w:w="2547" w:type="dxa"/>
          </w:tcPr>
          <w:p w14:paraId="4A3CDA93" w14:textId="05282703" w:rsidR="00FE6634" w:rsidRPr="0013456B" w:rsidRDefault="00BA2FF8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Coarse</w:t>
            </w:r>
            <w:r w:rsidR="00FE6634" w:rsidRPr="00907CB8">
              <w:rPr>
                <w:rFonts w:ascii="Times New Roman" w:hAnsi="Times New Roman" w:cs="Times New Roman"/>
                <w:sz w:val="24"/>
                <w:szCs w:val="24"/>
              </w:rPr>
              <w:t xml:space="preserve"> salt</w:t>
            </w:r>
          </w:p>
        </w:tc>
        <w:tc>
          <w:tcPr>
            <w:tcW w:w="2410" w:type="dxa"/>
          </w:tcPr>
          <w:p w14:paraId="1B9A0FCC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5CC926" w14:textId="46BC2B13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94">
              <w:t>g</w:t>
            </w:r>
          </w:p>
        </w:tc>
        <w:tc>
          <w:tcPr>
            <w:tcW w:w="1887" w:type="dxa"/>
          </w:tcPr>
          <w:p w14:paraId="029D6796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22CF8732" w14:textId="77777777" w:rsidTr="00835467">
        <w:tc>
          <w:tcPr>
            <w:tcW w:w="8828" w:type="dxa"/>
            <w:gridSpan w:val="4"/>
            <w:shd w:val="clear" w:color="auto" w:fill="FABF8F" w:themeFill="accent6" w:themeFillTint="99"/>
          </w:tcPr>
          <w:p w14:paraId="1A50A4D0" w14:textId="7695F3AF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i/>
                <w:sz w:val="24"/>
                <w:szCs w:val="24"/>
              </w:rPr>
              <w:t>DAIRY PRODUCTS</w:t>
            </w:r>
          </w:p>
        </w:tc>
      </w:tr>
      <w:tr w:rsidR="0013456B" w:rsidRPr="00496C31" w14:paraId="3E251B18" w14:textId="77777777" w:rsidTr="00835467">
        <w:tc>
          <w:tcPr>
            <w:tcW w:w="2547" w:type="dxa"/>
          </w:tcPr>
          <w:p w14:paraId="0E825585" w14:textId="0527F831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 xml:space="preserve">Butter </w:t>
            </w:r>
          </w:p>
        </w:tc>
        <w:tc>
          <w:tcPr>
            <w:tcW w:w="2410" w:type="dxa"/>
          </w:tcPr>
          <w:p w14:paraId="39178651" w14:textId="6969127E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82% fat</w:t>
            </w:r>
          </w:p>
        </w:tc>
        <w:tc>
          <w:tcPr>
            <w:tcW w:w="1984" w:type="dxa"/>
          </w:tcPr>
          <w:p w14:paraId="56889157" w14:textId="12077874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03C8E1F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34" w:rsidRPr="00496C31" w14:paraId="32D07E97" w14:textId="77777777" w:rsidTr="00835467">
        <w:tc>
          <w:tcPr>
            <w:tcW w:w="2547" w:type="dxa"/>
          </w:tcPr>
          <w:p w14:paraId="308D4DC6" w14:textId="7EEB8671" w:rsidR="00FE6634" w:rsidRPr="00FE6634" w:rsidRDefault="00FE6634" w:rsidP="00BA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634">
              <w:rPr>
                <w:rFonts w:ascii="Times New Roman" w:hAnsi="Times New Roman" w:cs="Times New Roman"/>
                <w:sz w:val="24"/>
                <w:szCs w:val="24"/>
              </w:rPr>
              <w:t xml:space="preserve">Cream Gold </w:t>
            </w:r>
          </w:p>
        </w:tc>
        <w:tc>
          <w:tcPr>
            <w:tcW w:w="2410" w:type="dxa"/>
          </w:tcPr>
          <w:p w14:paraId="37ED678B" w14:textId="11974531" w:rsidR="00FE6634" w:rsidRPr="00FE6634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634">
              <w:rPr>
                <w:rFonts w:ascii="Times New Roman" w:hAnsi="Times New Roman" w:cs="Times New Roman"/>
                <w:sz w:val="24"/>
                <w:szCs w:val="24"/>
              </w:rPr>
              <w:t>33,5 – 34 % fat</w:t>
            </w:r>
            <w:r w:rsidR="00BA2F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A2FF8" w:rsidRPr="00FE6634">
              <w:rPr>
                <w:rFonts w:ascii="Times New Roman" w:hAnsi="Times New Roman" w:cs="Times New Roman"/>
                <w:sz w:val="24"/>
                <w:szCs w:val="24"/>
              </w:rPr>
              <w:t>a mixture of dairy products, vegetable fats and milk fat</w:t>
            </w:r>
          </w:p>
        </w:tc>
        <w:tc>
          <w:tcPr>
            <w:tcW w:w="1984" w:type="dxa"/>
          </w:tcPr>
          <w:p w14:paraId="29AA0555" w14:textId="6C088B6A" w:rsidR="00FE6634" w:rsidRPr="0013456B" w:rsidRDefault="00FE6634" w:rsidP="00FE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7A9B4C71" w14:textId="77777777" w:rsidR="00FE6634" w:rsidRPr="0013456B" w:rsidRDefault="00FE6634" w:rsidP="00FE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779E1FBA" w14:textId="77777777" w:rsidTr="00835467">
        <w:tc>
          <w:tcPr>
            <w:tcW w:w="2547" w:type="dxa"/>
          </w:tcPr>
          <w:p w14:paraId="0395444C" w14:textId="0D8936A5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 xml:space="preserve">Sour Cream </w:t>
            </w:r>
          </w:p>
        </w:tc>
        <w:tc>
          <w:tcPr>
            <w:tcW w:w="2410" w:type="dxa"/>
          </w:tcPr>
          <w:p w14:paraId="1069B822" w14:textId="640219F4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25% fat</w:t>
            </w:r>
          </w:p>
        </w:tc>
        <w:tc>
          <w:tcPr>
            <w:tcW w:w="1984" w:type="dxa"/>
          </w:tcPr>
          <w:p w14:paraId="42C99D62" w14:textId="43A4C332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BA798CF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448AAAE1" w14:textId="77777777" w:rsidTr="00835467">
        <w:trPr>
          <w:trHeight w:val="111"/>
        </w:trPr>
        <w:tc>
          <w:tcPr>
            <w:tcW w:w="2547" w:type="dxa"/>
          </w:tcPr>
          <w:p w14:paraId="1E19053C" w14:textId="6A022D43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 xml:space="preserve">Sweet cream </w:t>
            </w:r>
          </w:p>
        </w:tc>
        <w:tc>
          <w:tcPr>
            <w:tcW w:w="2410" w:type="dxa"/>
          </w:tcPr>
          <w:p w14:paraId="40EA9574" w14:textId="708F5F7E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984" w:type="dxa"/>
          </w:tcPr>
          <w:p w14:paraId="02746800" w14:textId="0E3083A7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46C667D8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06A3D07A" w14:textId="77777777" w:rsidTr="00835467">
        <w:trPr>
          <w:trHeight w:val="150"/>
        </w:trPr>
        <w:tc>
          <w:tcPr>
            <w:tcW w:w="2547" w:type="dxa"/>
          </w:tcPr>
          <w:p w14:paraId="2EAFC5E0" w14:textId="5028D40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 xml:space="preserve">Milk </w:t>
            </w:r>
          </w:p>
        </w:tc>
        <w:tc>
          <w:tcPr>
            <w:tcW w:w="2410" w:type="dxa"/>
          </w:tcPr>
          <w:p w14:paraId="2846FC24" w14:textId="495AE3A3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2,5 % fat</w:t>
            </w:r>
          </w:p>
        </w:tc>
        <w:tc>
          <w:tcPr>
            <w:tcW w:w="1984" w:type="dxa"/>
          </w:tcPr>
          <w:p w14:paraId="4643BBC8" w14:textId="04AAE1D8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2F87C52B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4A1ACFC2" w14:textId="77777777" w:rsidTr="00835467">
        <w:tc>
          <w:tcPr>
            <w:tcW w:w="8828" w:type="dxa"/>
            <w:gridSpan w:val="4"/>
            <w:shd w:val="clear" w:color="auto" w:fill="FABF8F" w:themeFill="accent6" w:themeFillTint="99"/>
          </w:tcPr>
          <w:p w14:paraId="2FD99AF7" w14:textId="20B0BF87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OILS &amp; CONDIMENTS</w:t>
            </w:r>
          </w:p>
        </w:tc>
      </w:tr>
      <w:tr w:rsidR="0013456B" w:rsidRPr="00496C31" w14:paraId="483862B9" w14:textId="77777777" w:rsidTr="00835467">
        <w:tc>
          <w:tcPr>
            <w:tcW w:w="2547" w:type="dxa"/>
          </w:tcPr>
          <w:p w14:paraId="01A11564" w14:textId="7158FDA2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Sunflower Oil</w:t>
            </w:r>
          </w:p>
        </w:tc>
        <w:tc>
          <w:tcPr>
            <w:tcW w:w="2410" w:type="dxa"/>
          </w:tcPr>
          <w:p w14:paraId="1BBE5946" w14:textId="0B41AB65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Refined</w:t>
            </w:r>
          </w:p>
        </w:tc>
        <w:tc>
          <w:tcPr>
            <w:tcW w:w="1984" w:type="dxa"/>
          </w:tcPr>
          <w:p w14:paraId="707391E4" w14:textId="6E969F35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1CB0DDC4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30B2EE0A" w14:textId="77777777" w:rsidTr="00835467">
        <w:tc>
          <w:tcPr>
            <w:tcW w:w="2547" w:type="dxa"/>
          </w:tcPr>
          <w:p w14:paraId="363027BA" w14:textId="3F1BCC6F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 xml:space="preserve">Olive Oil </w:t>
            </w:r>
          </w:p>
        </w:tc>
        <w:tc>
          <w:tcPr>
            <w:tcW w:w="2410" w:type="dxa"/>
          </w:tcPr>
          <w:p w14:paraId="7070E036" w14:textId="287E8C40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Extra Virgin</w:t>
            </w:r>
          </w:p>
        </w:tc>
        <w:tc>
          <w:tcPr>
            <w:tcW w:w="1984" w:type="dxa"/>
          </w:tcPr>
          <w:p w14:paraId="3556690F" w14:textId="165FDE53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4F093E96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271E1DF6" w14:textId="77777777" w:rsidTr="00835467">
        <w:tc>
          <w:tcPr>
            <w:tcW w:w="2547" w:type="dxa"/>
          </w:tcPr>
          <w:p w14:paraId="5B62BE89" w14:textId="176C32EE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Balsamic Vinegar</w:t>
            </w:r>
          </w:p>
        </w:tc>
        <w:tc>
          <w:tcPr>
            <w:tcW w:w="2410" w:type="dxa"/>
          </w:tcPr>
          <w:p w14:paraId="763483DB" w14:textId="6AB7149A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B34C96" w14:textId="67F8AB8D" w:rsidR="0013456B" w:rsidRPr="0013456B" w:rsidRDefault="00131CC9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148E0337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418D9757" w14:textId="77777777" w:rsidTr="00835467">
        <w:tc>
          <w:tcPr>
            <w:tcW w:w="2547" w:type="dxa"/>
          </w:tcPr>
          <w:p w14:paraId="49703D0F" w14:textId="2CEA9653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Mustard</w:t>
            </w:r>
          </w:p>
        </w:tc>
        <w:tc>
          <w:tcPr>
            <w:tcW w:w="2410" w:type="dxa"/>
          </w:tcPr>
          <w:p w14:paraId="71E3485B" w14:textId="0C9E4AF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5BB815" w14:textId="70B045A1" w:rsidR="0013456B" w:rsidRPr="0013456B" w:rsidRDefault="00131CC9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4B1BC31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001C3A9E" w14:textId="77777777" w:rsidTr="00835467">
        <w:trPr>
          <w:trHeight w:val="165"/>
        </w:trPr>
        <w:tc>
          <w:tcPr>
            <w:tcW w:w="2547" w:type="dxa"/>
          </w:tcPr>
          <w:p w14:paraId="6FF3C1E3" w14:textId="3E95BB0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Mayonnaise</w:t>
            </w:r>
          </w:p>
        </w:tc>
        <w:tc>
          <w:tcPr>
            <w:tcW w:w="2410" w:type="dxa"/>
          </w:tcPr>
          <w:p w14:paraId="75622722" w14:textId="2FAE923D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84455A" w14:textId="356C16B8" w:rsidR="0013456B" w:rsidRPr="0013456B" w:rsidRDefault="00131CC9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A656D3A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1E1B5960" w14:textId="77777777" w:rsidTr="00835467">
        <w:trPr>
          <w:trHeight w:val="90"/>
        </w:trPr>
        <w:tc>
          <w:tcPr>
            <w:tcW w:w="2547" w:type="dxa"/>
          </w:tcPr>
          <w:p w14:paraId="34F03CB2" w14:textId="1134E352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Apple vinegar</w:t>
            </w:r>
          </w:p>
        </w:tc>
        <w:tc>
          <w:tcPr>
            <w:tcW w:w="2410" w:type="dxa"/>
          </w:tcPr>
          <w:p w14:paraId="7F55501A" w14:textId="572D03F4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EEF4AD" w14:textId="0E1E9A32" w:rsidR="0013456B" w:rsidRPr="0013456B" w:rsidRDefault="00131CC9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182D54CF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16E19604" w14:textId="77777777" w:rsidTr="00835467">
        <w:trPr>
          <w:trHeight w:val="90"/>
        </w:trPr>
        <w:tc>
          <w:tcPr>
            <w:tcW w:w="8828" w:type="dxa"/>
            <w:gridSpan w:val="4"/>
            <w:shd w:val="clear" w:color="auto" w:fill="FABF8F" w:themeFill="accent6" w:themeFillTint="99"/>
          </w:tcPr>
          <w:p w14:paraId="630D78D6" w14:textId="7D6C87D9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i/>
                <w:sz w:val="24"/>
                <w:szCs w:val="24"/>
              </w:rPr>
              <w:t>OTHER PRODUCTS</w:t>
            </w:r>
          </w:p>
        </w:tc>
      </w:tr>
      <w:tr w:rsidR="0013456B" w:rsidRPr="00496C31" w14:paraId="7F4E7CED" w14:textId="77777777" w:rsidTr="00835467">
        <w:trPr>
          <w:trHeight w:val="90"/>
        </w:trPr>
        <w:tc>
          <w:tcPr>
            <w:tcW w:w="2547" w:type="dxa"/>
          </w:tcPr>
          <w:p w14:paraId="6744DCFC" w14:textId="77CFF7B3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Bread crumbs </w:t>
            </w:r>
          </w:p>
        </w:tc>
        <w:tc>
          <w:tcPr>
            <w:tcW w:w="2410" w:type="dxa"/>
          </w:tcPr>
          <w:p w14:paraId="57DE9EF7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854765" w14:textId="0EB0539C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1E10A31E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22DDC5DA" w14:textId="77777777" w:rsidTr="00835467">
        <w:trPr>
          <w:trHeight w:val="90"/>
        </w:trPr>
        <w:tc>
          <w:tcPr>
            <w:tcW w:w="2547" w:type="dxa"/>
          </w:tcPr>
          <w:p w14:paraId="011B97CC" w14:textId="005E7A14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Flour </w:t>
            </w:r>
          </w:p>
        </w:tc>
        <w:tc>
          <w:tcPr>
            <w:tcW w:w="2410" w:type="dxa"/>
          </w:tcPr>
          <w:p w14:paraId="1A9B1ECA" w14:textId="06FB0220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Wheat </w:t>
            </w:r>
            <w:r w:rsidR="003A6E7B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984" w:type="dxa"/>
          </w:tcPr>
          <w:p w14:paraId="4BF8EF45" w14:textId="1D843515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7FFFEC6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33ADA0C7" w14:textId="77777777" w:rsidTr="00835467">
        <w:trPr>
          <w:trHeight w:val="90"/>
        </w:trPr>
        <w:tc>
          <w:tcPr>
            <w:tcW w:w="2547" w:type="dxa"/>
          </w:tcPr>
          <w:p w14:paraId="30FC0075" w14:textId="437E020B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Tomato sauce </w:t>
            </w:r>
          </w:p>
        </w:tc>
        <w:tc>
          <w:tcPr>
            <w:tcW w:w="2410" w:type="dxa"/>
          </w:tcPr>
          <w:p w14:paraId="4EAA4E30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865E6D" w14:textId="73F51CF3" w:rsidR="0013456B" w:rsidRPr="0013456B" w:rsidRDefault="00A26B3D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1BE17762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07018123" w14:textId="77777777" w:rsidTr="00835467">
        <w:trPr>
          <w:trHeight w:val="90"/>
        </w:trPr>
        <w:tc>
          <w:tcPr>
            <w:tcW w:w="2547" w:type="dxa"/>
          </w:tcPr>
          <w:p w14:paraId="2786BDC3" w14:textId="1B21B661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Honey </w:t>
            </w:r>
          </w:p>
        </w:tc>
        <w:tc>
          <w:tcPr>
            <w:tcW w:w="2410" w:type="dxa"/>
          </w:tcPr>
          <w:p w14:paraId="772AA246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A05FBA" w14:textId="1D648A92" w:rsidR="0013456B" w:rsidRPr="0013456B" w:rsidRDefault="00A26B3D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88525A1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6E278E75" w14:textId="77777777" w:rsidTr="00835467">
        <w:trPr>
          <w:trHeight w:val="90"/>
        </w:trPr>
        <w:tc>
          <w:tcPr>
            <w:tcW w:w="2547" w:type="dxa"/>
          </w:tcPr>
          <w:p w14:paraId="7CAC5BF2" w14:textId="775E632E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Bacon sliced </w:t>
            </w:r>
          </w:p>
        </w:tc>
        <w:tc>
          <w:tcPr>
            <w:tcW w:w="2410" w:type="dxa"/>
          </w:tcPr>
          <w:p w14:paraId="7B5050B7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357BC8" w14:textId="3524B2EB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56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5DA98DF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56B" w:rsidRPr="00496C31" w14:paraId="4131114F" w14:textId="77777777" w:rsidTr="00835467">
        <w:trPr>
          <w:trHeight w:val="90"/>
        </w:trPr>
        <w:tc>
          <w:tcPr>
            <w:tcW w:w="2547" w:type="dxa"/>
          </w:tcPr>
          <w:p w14:paraId="50E78D24" w14:textId="1271EBED" w:rsidR="0013456B" w:rsidRPr="0013456B" w:rsidRDefault="0013456B" w:rsidP="001345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835467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Eggs </w:t>
            </w:r>
          </w:p>
        </w:tc>
        <w:tc>
          <w:tcPr>
            <w:tcW w:w="2410" w:type="dxa"/>
          </w:tcPr>
          <w:p w14:paraId="5E1E8601" w14:textId="7F42757A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L size (40g)</w:t>
            </w:r>
          </w:p>
        </w:tc>
        <w:tc>
          <w:tcPr>
            <w:tcW w:w="1984" w:type="dxa"/>
          </w:tcPr>
          <w:p w14:paraId="5407ABBB" w14:textId="60B16BF1" w:rsidR="0013456B" w:rsidRPr="0013456B" w:rsidRDefault="0013456B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pcs</w:t>
            </w:r>
          </w:p>
        </w:tc>
        <w:tc>
          <w:tcPr>
            <w:tcW w:w="1887" w:type="dxa"/>
          </w:tcPr>
          <w:p w14:paraId="4553F6D5" w14:textId="77777777" w:rsidR="0013456B" w:rsidRPr="0013456B" w:rsidRDefault="0013456B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B3D" w:rsidRPr="00496C31" w14:paraId="4B65DD80" w14:textId="77777777" w:rsidTr="00835467">
        <w:trPr>
          <w:trHeight w:val="90"/>
        </w:trPr>
        <w:tc>
          <w:tcPr>
            <w:tcW w:w="2547" w:type="dxa"/>
          </w:tcPr>
          <w:p w14:paraId="0CDE1385" w14:textId="78B0FB8C" w:rsidR="00A26B3D" w:rsidRPr="00835467" w:rsidRDefault="00A26B3D" w:rsidP="001345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E85240">
              <w:rPr>
                <w:rFonts w:ascii="Times New Roman" w:hAnsi="Times New Roman"/>
                <w:iCs/>
                <w:sz w:val="24"/>
                <w:szCs w:val="24"/>
              </w:rPr>
              <w:t>Dried fruits</w:t>
            </w:r>
          </w:p>
        </w:tc>
        <w:tc>
          <w:tcPr>
            <w:tcW w:w="2410" w:type="dxa"/>
          </w:tcPr>
          <w:p w14:paraId="3E9F7C34" w14:textId="182FC8B0" w:rsidR="00A26B3D" w:rsidRPr="00FB4651" w:rsidRDefault="00A26B3D" w:rsidP="00357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apricot </w:t>
            </w:r>
          </w:p>
        </w:tc>
        <w:tc>
          <w:tcPr>
            <w:tcW w:w="1984" w:type="dxa"/>
          </w:tcPr>
          <w:p w14:paraId="076CBB26" w14:textId="5BF0BDD5" w:rsidR="00A26B3D" w:rsidRDefault="00A26B3D" w:rsidP="0013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15455A0" w14:textId="77777777" w:rsidR="00A26B3D" w:rsidRPr="0013456B" w:rsidRDefault="00A26B3D" w:rsidP="001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303" w:rsidRPr="00496C31" w14:paraId="5BC78478" w14:textId="77777777" w:rsidTr="00835467">
        <w:trPr>
          <w:trHeight w:val="90"/>
        </w:trPr>
        <w:tc>
          <w:tcPr>
            <w:tcW w:w="2547" w:type="dxa"/>
          </w:tcPr>
          <w:p w14:paraId="0A8A0645" w14:textId="034494B5" w:rsidR="00357303" w:rsidRPr="00E85240" w:rsidRDefault="00357303" w:rsidP="0035730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85240">
              <w:rPr>
                <w:rFonts w:ascii="Times New Roman" w:hAnsi="Times New Roman"/>
                <w:iCs/>
                <w:sz w:val="24"/>
                <w:szCs w:val="24"/>
              </w:rPr>
              <w:t>Dried fruits</w:t>
            </w:r>
          </w:p>
        </w:tc>
        <w:tc>
          <w:tcPr>
            <w:tcW w:w="2410" w:type="dxa"/>
          </w:tcPr>
          <w:p w14:paraId="6C1F3ADD" w14:textId="4D7A6594" w:rsidR="00357303" w:rsidRDefault="00357303" w:rsidP="00357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prunes</w:t>
            </w:r>
          </w:p>
        </w:tc>
        <w:tc>
          <w:tcPr>
            <w:tcW w:w="1984" w:type="dxa"/>
          </w:tcPr>
          <w:p w14:paraId="05221A2A" w14:textId="012C3667" w:rsidR="00357303" w:rsidRDefault="00357303" w:rsidP="00357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85263B3" w14:textId="77777777" w:rsidR="00357303" w:rsidRPr="0013456B" w:rsidRDefault="00357303" w:rsidP="003573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303" w:rsidRPr="00496C31" w14:paraId="383B5C38" w14:textId="77777777" w:rsidTr="004E0762">
        <w:trPr>
          <w:trHeight w:val="90"/>
        </w:trPr>
        <w:tc>
          <w:tcPr>
            <w:tcW w:w="8828" w:type="dxa"/>
            <w:gridSpan w:val="4"/>
          </w:tcPr>
          <w:p w14:paraId="0519576B" w14:textId="17C26AA3" w:rsidR="00357303" w:rsidRPr="00BA2FF8" w:rsidRDefault="00357303" w:rsidP="00357303">
            <w:pPr>
              <w:jc w:val="center"/>
              <w:rPr>
                <w:i/>
                <w:color w:val="000000" w:themeColor="text1"/>
              </w:rPr>
            </w:pPr>
            <w:r w:rsidRPr="00BA2FF8">
              <w:rPr>
                <w:b/>
                <w:i/>
                <w:color w:val="000000" w:themeColor="text1"/>
              </w:rPr>
              <w:t>MAIN PRODUCT – PORK LEG (ONE PEACE FOR EACH</w:t>
            </w:r>
            <w:r w:rsidRPr="00BA2FF8">
              <w:rPr>
                <w:i/>
                <w:color w:val="000000" w:themeColor="text1"/>
              </w:rPr>
              <w:t>)</w:t>
            </w:r>
          </w:p>
        </w:tc>
      </w:tr>
    </w:tbl>
    <w:p w14:paraId="56016C21" w14:textId="77777777" w:rsidR="00645364" w:rsidRPr="00496C31" w:rsidRDefault="00645364">
      <w:pPr>
        <w:rPr>
          <w:rFonts w:ascii="Times New Roman" w:hAnsi="Times New Roman" w:cs="Times New Roman"/>
          <w:sz w:val="24"/>
          <w:szCs w:val="24"/>
        </w:rPr>
      </w:pPr>
    </w:p>
    <w:sectPr w:rsidR="00645364" w:rsidRPr="00496C31" w:rsidSect="007823DD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CC9"/>
    <w:rsid w:val="0013456B"/>
    <w:rsid w:val="0015074B"/>
    <w:rsid w:val="001E1738"/>
    <w:rsid w:val="001F367E"/>
    <w:rsid w:val="0029639D"/>
    <w:rsid w:val="002F40D6"/>
    <w:rsid w:val="00326F90"/>
    <w:rsid w:val="00354697"/>
    <w:rsid w:val="00357303"/>
    <w:rsid w:val="003843FB"/>
    <w:rsid w:val="003A6E7B"/>
    <w:rsid w:val="00456E17"/>
    <w:rsid w:val="00496C31"/>
    <w:rsid w:val="004D6E1D"/>
    <w:rsid w:val="00634B05"/>
    <w:rsid w:val="00645364"/>
    <w:rsid w:val="00717C53"/>
    <w:rsid w:val="00723465"/>
    <w:rsid w:val="00772578"/>
    <w:rsid w:val="007823DD"/>
    <w:rsid w:val="00835467"/>
    <w:rsid w:val="008563FB"/>
    <w:rsid w:val="008D71C7"/>
    <w:rsid w:val="00976D11"/>
    <w:rsid w:val="00A26B3D"/>
    <w:rsid w:val="00AA1D8D"/>
    <w:rsid w:val="00B47730"/>
    <w:rsid w:val="00B74C97"/>
    <w:rsid w:val="00BA2FF8"/>
    <w:rsid w:val="00BB5DDE"/>
    <w:rsid w:val="00C20FA5"/>
    <w:rsid w:val="00C3786A"/>
    <w:rsid w:val="00CB0664"/>
    <w:rsid w:val="00CB694F"/>
    <w:rsid w:val="00DA3D88"/>
    <w:rsid w:val="00F3315D"/>
    <w:rsid w:val="00FB4651"/>
    <w:rsid w:val="00FC693F"/>
    <w:rsid w:val="00FE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FEEB60"/>
  <w14:defaultImageDpi w14:val="300"/>
  <w15:docId w15:val="{63A51019-A6A7-4DAD-BF6A-0F8DBE12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354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48AE78162310141BA4ABB277526F45A" ma:contentTypeVersion="18" ma:contentTypeDescription="Izveidot jaunu dokumentu." ma:contentTypeScope="" ma:versionID="9af54bbbecce6139db37cb8b89676b87">
  <xsd:schema xmlns:xsd="http://www.w3.org/2001/XMLSchema" xmlns:xs="http://www.w3.org/2001/XMLSchema" xmlns:p="http://schemas.microsoft.com/office/2006/metadata/properties" xmlns:ns3="625ffc3f-8988-464b-8486-e104c055ca93" xmlns:ns4="21a95fe9-13f3-4033-93e4-2b017f2b0e02" targetNamespace="http://schemas.microsoft.com/office/2006/metadata/properties" ma:root="true" ma:fieldsID="396bb9a1922d2839a04af9ee479936a9" ns3:_="" ns4:_="">
    <xsd:import namespace="625ffc3f-8988-464b-8486-e104c055ca93"/>
    <xsd:import namespace="21a95fe9-13f3-4033-93e4-2b017f2b0e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ffc3f-8988-464b-8486-e104c055c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5fe9-13f3-4033-93e4-2b017f2b0e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5ffc3f-8988-464b-8486-e104c055ca9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F9F6EE-FDCB-4B10-910C-2A6BA24AB2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9BB7E8-576B-4DC9-819D-894B7EBD4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ffc3f-8988-464b-8486-e104c055ca93"/>
    <ds:schemaRef ds:uri="21a95fe9-13f3-4033-93e4-2b017f2b0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3CBD67-40A2-4420-83E4-C3229712AA91}">
  <ds:schemaRefs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21a95fe9-13f3-4033-93e4-2b017f2b0e02"/>
    <ds:schemaRef ds:uri="625ffc3f-8988-464b-8486-e104c055ca93"/>
  </ds:schemaRefs>
</ds:datastoreItem>
</file>

<file path=customXml/itemProps4.xml><?xml version="1.0" encoding="utf-8"?>
<ds:datastoreItem xmlns:ds="http://schemas.openxmlformats.org/officeDocument/2006/customXml" ds:itemID="{09573D71-9BFF-45CD-97F3-7C9232868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Ilze Pilane</cp:lastModifiedBy>
  <cp:revision>2</cp:revision>
  <dcterms:created xsi:type="dcterms:W3CDTF">2026-06-05T09:30:00Z</dcterms:created>
  <dcterms:modified xsi:type="dcterms:W3CDTF">2026-06-05T09:30:00Z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0x010100748AE78162310141BA4ABB277526F45A</vt:lpwstr>
  </property>
</Properties>
</file>